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4A027" w14:textId="42684FCC" w:rsidR="000B543D" w:rsidRDefault="00000000" w:rsidP="00E25DD8">
      <w:pPr>
        <w:pStyle w:val="Heading1"/>
        <w:jc w:val="center"/>
        <w:rPr>
          <w:rFonts w:cstheme="majorHAnsi"/>
          <w:sz w:val="48"/>
          <w:szCs w:val="48"/>
        </w:rPr>
      </w:pPr>
      <w:r w:rsidRPr="00E25DD8">
        <w:rPr>
          <w:rFonts w:cstheme="majorHAnsi"/>
          <w:sz w:val="48"/>
          <w:szCs w:val="48"/>
        </w:rPr>
        <w:t>Mental Health Awareness Week 2026 – Orange Button Social Media Copy</w:t>
      </w:r>
    </w:p>
    <w:p w14:paraId="4AC1273E" w14:textId="0F96567D" w:rsidR="00156D27" w:rsidRPr="00156D27" w:rsidRDefault="00156D27" w:rsidP="00156D27">
      <w:r w:rsidRPr="00156D27">
        <w:rPr>
          <w:b/>
          <w:bCs/>
        </w:rPr>
        <w:t xml:space="preserve">Link to page: </w:t>
      </w:r>
      <w:hyperlink r:id="rId9" w:history="1">
        <w:r w:rsidRPr="00974A53">
          <w:rPr>
            <w:rStyle w:val="Hyperlink"/>
          </w:rPr>
          <w:t>https://www.shropshiretelfordandwrekin.nhs.uk/your-health/where-to-get-advice-and-help/mental-health-services/orange-button-community-scheme/</w:t>
        </w:r>
      </w:hyperlink>
    </w:p>
    <w:p w14:paraId="7119B7FE" w14:textId="46F021E2" w:rsidR="0091603E" w:rsidRPr="006E2E76" w:rsidRDefault="0091603E" w:rsidP="0091603E">
      <w:pPr>
        <w:pStyle w:val="Heading2"/>
        <w:rPr>
          <w:rFonts w:cstheme="majorHAnsi"/>
          <w:sz w:val="32"/>
          <w:szCs w:val="32"/>
          <w:u w:val="single"/>
        </w:rPr>
      </w:pPr>
      <w:r w:rsidRPr="006E2E76">
        <w:rPr>
          <w:rFonts w:cstheme="majorHAnsi"/>
          <w:sz w:val="32"/>
          <w:szCs w:val="32"/>
          <w:u w:val="single"/>
        </w:rPr>
        <w:t>Post 1: Launch post</w:t>
      </w:r>
    </w:p>
    <w:p w14:paraId="02B48DBA" w14:textId="77777777" w:rsidR="0091603E" w:rsidRPr="00E25DD8" w:rsidRDefault="0091603E" w:rsidP="0091603E">
      <w:pPr>
        <w:pStyle w:val="Heading3"/>
        <w:rPr>
          <w:rFonts w:cstheme="majorHAnsi"/>
          <w:sz w:val="24"/>
          <w:szCs w:val="24"/>
        </w:rPr>
      </w:pPr>
      <w:r w:rsidRPr="00E25DD8">
        <w:rPr>
          <w:rFonts w:eastAsiaTheme="minorEastAsia" w:cstheme="majorHAnsi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6E6430E1" wp14:editId="14B4283E">
            <wp:extent cx="3622881" cy="3048000"/>
            <wp:effectExtent l="0" t="0" r="0" b="0"/>
            <wp:docPr id="466231820" name="Picture 1" descr="A person hugg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31820" name="Picture 1" descr="A person hugging a chil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6128" cy="30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D52F" w14:textId="77777777" w:rsidR="0091603E" w:rsidRPr="00E25DD8" w:rsidRDefault="0091603E" w:rsidP="0091603E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Facebook</w:t>
      </w:r>
    </w:p>
    <w:p w14:paraId="03E1A0EA" w14:textId="77777777" w:rsidR="00674715" w:rsidRPr="00674715" w:rsidRDefault="00674715" w:rsidP="00674715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This Mental Health Awareness Week (11–17 May), the theme is Action — because awareness is vital, but change happens when we </w:t>
      </w:r>
      <w:r w:rsidRPr="00674715">
        <w:rPr>
          <w:rFonts w:cstheme="majorHAnsi"/>
          <w:b w:val="0"/>
          <w:bCs w:val="0"/>
          <w:i/>
          <w:iCs/>
          <w:color w:val="auto"/>
          <w:sz w:val="24"/>
          <w:szCs w:val="24"/>
          <w:lang w:val="en-GB"/>
        </w:rPr>
        <w:t>do something</w:t>
      </w: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>.</w:t>
      </w:r>
    </w:p>
    <w:p w14:paraId="01E6EA1B" w14:textId="77777777" w:rsidR="00674715" w:rsidRPr="00674715" w:rsidRDefault="00674715" w:rsidP="00674715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>One simple action we can all take is using supportive language and helping people find the next step when they’re struggling.</w:t>
      </w:r>
    </w:p>
    <w:p w14:paraId="12AFD106" w14:textId="77777777" w:rsidR="00674715" w:rsidRPr="00674715" w:rsidRDefault="00674715" w:rsidP="00674715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674715">
        <w:rPr>
          <w:rFonts w:ascii="Segoe UI Emoji" w:hAnsi="Segoe UI Emoji" w:cs="Segoe UI Emoji"/>
          <w:b w:val="0"/>
          <w:bCs w:val="0"/>
          <w:color w:val="auto"/>
          <w:sz w:val="24"/>
          <w:szCs w:val="24"/>
          <w:lang w:val="en-GB"/>
        </w:rPr>
        <w:t>🧡</w:t>
      </w: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The Orange Button Community Scheme helps make support more visible in our communities, so people know they’re not alone.</w:t>
      </w:r>
    </w:p>
    <w:p w14:paraId="7DF28408" w14:textId="77777777" w:rsidR="00674715" w:rsidRDefault="00674715" w:rsidP="00674715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>Listen. Support. Signpost.</w:t>
      </w: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Let’s keep talking.</w:t>
      </w:r>
    </w:p>
    <w:p w14:paraId="7EF7DE1F" w14:textId="77777777" w:rsidR="00FE751B" w:rsidRDefault="00FE751B" w:rsidP="002E474B">
      <w:pPr>
        <w:rPr>
          <w:rFonts w:ascii="Segoe UI Symbol" w:hAnsi="Segoe UI Symbol" w:cs="Segoe UI Symbol"/>
          <w:lang w:val="en-GB"/>
        </w:rPr>
      </w:pPr>
    </w:p>
    <w:p w14:paraId="776ACC84" w14:textId="392BFF7B" w:rsidR="002E474B" w:rsidRPr="00674715" w:rsidRDefault="00FE751B" w:rsidP="002E474B">
      <w:pPr>
        <w:rPr>
          <w:lang w:val="en-GB"/>
        </w:rPr>
      </w:pPr>
      <w:r>
        <w:rPr>
          <w:rFonts w:ascii="Segoe UI Symbol" w:hAnsi="Segoe UI Symbol" w:cs="Segoe UI Symbol"/>
          <w:lang w:val="en-GB"/>
        </w:rPr>
        <w:lastRenderedPageBreak/>
        <w:t xml:space="preserve">For more info➡️ </w:t>
      </w:r>
      <w:hyperlink r:id="rId11" w:history="1">
        <w:r w:rsidR="00156D27" w:rsidRPr="00974A53">
          <w:rPr>
            <w:rStyle w:val="Hyperlink"/>
          </w:rPr>
          <w:t>https://www.shropshiretelfordandwrekin.nhs.uk/your-health/where-to-get-advice-and-help/mental-health-services/orange-button-community-scheme/</w:t>
        </w:r>
      </w:hyperlink>
      <w:r w:rsidR="00156D27">
        <w:t xml:space="preserve"> </w:t>
      </w:r>
    </w:p>
    <w:p w14:paraId="5BC0283B" w14:textId="77777777" w:rsidR="00674715" w:rsidRPr="00674715" w:rsidRDefault="00674715" w:rsidP="00674715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674715">
        <w:rPr>
          <w:rFonts w:cstheme="majorHAnsi"/>
          <w:b w:val="0"/>
          <w:bCs w:val="0"/>
          <w:color w:val="auto"/>
          <w:sz w:val="24"/>
          <w:szCs w:val="24"/>
          <w:lang w:val="en-GB"/>
        </w:rPr>
        <w:t>#MHAW2026 #TakeAction #MentalHealthAwarenessWeek #SuicidePrevention #OrangeButton #LetsKeepTalking #CommunitySupport</w:t>
      </w:r>
    </w:p>
    <w:p w14:paraId="78859CD1" w14:textId="77777777" w:rsidR="0091603E" w:rsidRPr="00E25DD8" w:rsidRDefault="0091603E" w:rsidP="0091603E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Instagram</w:t>
      </w:r>
    </w:p>
    <w:p w14:paraId="29B8E544" w14:textId="77777777" w:rsidR="002E474B" w:rsidRDefault="0091603E" w:rsidP="0091603E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 w:rsidRPr="002E474B">
        <w:rPr>
          <w:rFonts w:ascii="Segoe UI" w:hAnsi="Segoe UI" w:cs="Segoe UI"/>
          <w:sz w:val="21"/>
          <w:szCs w:val="21"/>
        </w:rPr>
        <w:t xml:space="preserve">This </w:t>
      </w:r>
      <w:r w:rsidRPr="002E474B">
        <w:rPr>
          <w:rStyle w:val="Strong"/>
          <w:rFonts w:ascii="Segoe UI" w:hAnsi="Segoe UI" w:cs="Segoe UI"/>
          <w:b w:val="0"/>
          <w:bCs w:val="0"/>
          <w:sz w:val="21"/>
          <w:szCs w:val="21"/>
        </w:rPr>
        <w:t>Mental Health Awareness Week (11–17 May)</w:t>
      </w:r>
      <w:r w:rsidRPr="002E474B">
        <w:rPr>
          <w:rFonts w:ascii="Segoe UI" w:hAnsi="Segoe UI" w:cs="Segoe UI"/>
          <w:b/>
          <w:bCs/>
          <w:sz w:val="21"/>
          <w:szCs w:val="21"/>
        </w:rPr>
        <w:t>,</w:t>
      </w:r>
      <w:r w:rsidRPr="002E474B">
        <w:rPr>
          <w:rFonts w:ascii="Segoe UI" w:hAnsi="Segoe UI" w:cs="Segoe UI"/>
          <w:sz w:val="21"/>
          <w:szCs w:val="21"/>
        </w:rPr>
        <w:t xml:space="preserve"> the theme is </w:t>
      </w:r>
      <w:r w:rsidRPr="002E474B">
        <w:rPr>
          <w:rStyle w:val="Strong"/>
          <w:rFonts w:ascii="Segoe UI" w:hAnsi="Segoe UI" w:cs="Segoe UI"/>
          <w:b w:val="0"/>
          <w:bCs w:val="0"/>
          <w:sz w:val="21"/>
          <w:szCs w:val="21"/>
        </w:rPr>
        <w:t>Action</w:t>
      </w:r>
      <w:r w:rsidRPr="002E474B">
        <w:rPr>
          <w:rFonts w:ascii="Segoe UI" w:hAnsi="Segoe UI" w:cs="Segoe UI"/>
          <w:sz w:val="21"/>
          <w:szCs w:val="21"/>
        </w:rPr>
        <w:t xml:space="preserve"> — because awareness is vital, but change happens when we </w:t>
      </w:r>
      <w:r w:rsidRPr="002E474B">
        <w:rPr>
          <w:rStyle w:val="Emphasis"/>
          <w:rFonts w:ascii="Segoe UI" w:eastAsiaTheme="majorEastAsia" w:hAnsi="Segoe UI" w:cs="Segoe UI"/>
          <w:sz w:val="21"/>
          <w:szCs w:val="21"/>
        </w:rPr>
        <w:t>do something</w:t>
      </w:r>
      <w:r w:rsidRPr="002E474B">
        <w:rPr>
          <w:rFonts w:ascii="Segoe UI" w:hAnsi="Segoe UI" w:cs="Segoe UI"/>
          <w:sz w:val="21"/>
          <w:szCs w:val="21"/>
        </w:rPr>
        <w:t xml:space="preserve">. </w:t>
      </w:r>
      <w:r w:rsidRPr="002E474B">
        <w:rPr>
          <w:rFonts w:ascii="Segoe UI" w:hAnsi="Segoe UI" w:cs="Segoe UI"/>
          <w:sz w:val="21"/>
          <w:szCs w:val="21"/>
        </w:rPr>
        <w:br/>
      </w:r>
    </w:p>
    <w:p w14:paraId="38DDF86F" w14:textId="7DE3DD97" w:rsidR="0091603E" w:rsidRPr="002E474B" w:rsidRDefault="0091603E" w:rsidP="0091603E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 w:rsidRPr="002E474B">
        <w:rPr>
          <w:rFonts w:ascii="Segoe UI" w:hAnsi="Segoe UI" w:cs="Segoe UI"/>
          <w:sz w:val="21"/>
          <w:szCs w:val="21"/>
        </w:rPr>
        <w:t>One action we can all take</w:t>
      </w:r>
      <w:r w:rsidR="002E474B">
        <w:rPr>
          <w:rFonts w:ascii="Segoe UI" w:hAnsi="Segoe UI" w:cs="Segoe UI"/>
          <w:sz w:val="21"/>
          <w:szCs w:val="21"/>
        </w:rPr>
        <w:t xml:space="preserve"> is to </w:t>
      </w:r>
      <w:r w:rsidRPr="002E474B">
        <w:rPr>
          <w:rStyle w:val="Strong"/>
          <w:rFonts w:ascii="Segoe UI" w:hAnsi="Segoe UI" w:cs="Segoe UI"/>
          <w:b w:val="0"/>
          <w:bCs w:val="0"/>
          <w:sz w:val="21"/>
          <w:szCs w:val="21"/>
        </w:rPr>
        <w:t>use supportive language</w:t>
      </w:r>
      <w:r w:rsidRPr="002E474B">
        <w:rPr>
          <w:rFonts w:ascii="Segoe UI" w:hAnsi="Segoe UI" w:cs="Segoe UI"/>
          <w:b/>
          <w:bCs/>
          <w:sz w:val="21"/>
          <w:szCs w:val="21"/>
        </w:rPr>
        <w:t xml:space="preserve"> </w:t>
      </w:r>
      <w:r w:rsidRPr="002E474B">
        <w:rPr>
          <w:rFonts w:ascii="Segoe UI" w:hAnsi="Segoe UI" w:cs="Segoe UI"/>
          <w:sz w:val="21"/>
          <w:szCs w:val="21"/>
        </w:rPr>
        <w:t xml:space="preserve">and </w:t>
      </w:r>
      <w:r w:rsidRPr="002E474B">
        <w:rPr>
          <w:rStyle w:val="Strong"/>
          <w:rFonts w:ascii="Segoe UI" w:hAnsi="Segoe UI" w:cs="Segoe UI"/>
          <w:b w:val="0"/>
          <w:bCs w:val="0"/>
          <w:sz w:val="21"/>
          <w:szCs w:val="21"/>
        </w:rPr>
        <w:t>help people find the next step</w:t>
      </w:r>
      <w:r w:rsidRPr="002E474B">
        <w:rPr>
          <w:rFonts w:ascii="Segoe UI" w:hAnsi="Segoe UI" w:cs="Segoe UI"/>
          <w:b/>
          <w:bCs/>
          <w:sz w:val="21"/>
          <w:szCs w:val="21"/>
        </w:rPr>
        <w:t>.</w:t>
      </w:r>
      <w:r w:rsidRPr="002E474B">
        <w:rPr>
          <w:rFonts w:ascii="Segoe UI" w:hAnsi="Segoe UI" w:cs="Segoe UI"/>
          <w:sz w:val="21"/>
          <w:szCs w:val="21"/>
        </w:rPr>
        <w:t xml:space="preserve"> </w:t>
      </w:r>
    </w:p>
    <w:p w14:paraId="36909391" w14:textId="77777777" w:rsidR="0091603E" w:rsidRPr="002E474B" w:rsidRDefault="0091603E" w:rsidP="0091603E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 w:rsidRPr="002E474B">
        <w:rPr>
          <w:rFonts w:ascii="Segoe UI Emoji" w:hAnsi="Segoe UI Emoji" w:cs="Segoe UI Emoji"/>
          <w:sz w:val="21"/>
          <w:szCs w:val="21"/>
        </w:rPr>
        <w:t>🧡</w:t>
      </w:r>
      <w:r w:rsidRPr="002E474B">
        <w:rPr>
          <w:rFonts w:ascii="Segoe UI" w:hAnsi="Segoe UI" w:cs="Segoe UI"/>
          <w:sz w:val="21"/>
          <w:szCs w:val="21"/>
        </w:rPr>
        <w:t xml:space="preserve"> The </w:t>
      </w:r>
      <w:r w:rsidRPr="00913A34">
        <w:rPr>
          <w:rStyle w:val="Strong"/>
          <w:rFonts w:ascii="Segoe UI" w:hAnsi="Segoe UI" w:cs="Segoe UI"/>
          <w:b w:val="0"/>
          <w:bCs w:val="0"/>
          <w:sz w:val="21"/>
          <w:szCs w:val="21"/>
        </w:rPr>
        <w:t>Orange Button Community Scheme</w:t>
      </w:r>
      <w:r w:rsidRPr="002E474B">
        <w:rPr>
          <w:rFonts w:ascii="Segoe UI" w:hAnsi="Segoe UI" w:cs="Segoe UI"/>
          <w:sz w:val="21"/>
          <w:szCs w:val="21"/>
        </w:rPr>
        <w:t xml:space="preserve"> helps make support more visible in our communities.</w:t>
      </w:r>
      <w:r w:rsidRPr="002E474B">
        <w:rPr>
          <w:rFonts w:ascii="Segoe UI" w:hAnsi="Segoe UI" w:cs="Segoe UI"/>
          <w:sz w:val="21"/>
          <w:szCs w:val="21"/>
        </w:rPr>
        <w:br/>
      </w:r>
      <w:r w:rsidRPr="00913A34">
        <w:rPr>
          <w:rStyle w:val="Strong"/>
          <w:rFonts w:ascii="Segoe UI" w:hAnsi="Segoe UI" w:cs="Segoe UI"/>
          <w:b w:val="0"/>
          <w:bCs w:val="0"/>
          <w:sz w:val="21"/>
          <w:szCs w:val="21"/>
        </w:rPr>
        <w:t>Listen. Support. Signpost.</w:t>
      </w:r>
      <w:r w:rsidRPr="00913A34">
        <w:rPr>
          <w:rFonts w:ascii="Segoe UI" w:hAnsi="Segoe UI" w:cs="Segoe UI"/>
          <w:b/>
          <w:bCs/>
          <w:sz w:val="21"/>
          <w:szCs w:val="21"/>
        </w:rPr>
        <w:br/>
      </w:r>
      <w:r w:rsidRPr="00913A34">
        <w:rPr>
          <w:rStyle w:val="Strong"/>
          <w:rFonts w:ascii="Segoe UI" w:hAnsi="Segoe UI" w:cs="Segoe UI"/>
          <w:b w:val="0"/>
          <w:bCs w:val="0"/>
          <w:sz w:val="21"/>
          <w:szCs w:val="21"/>
        </w:rPr>
        <w:t>Let’s keep talking.</w:t>
      </w:r>
    </w:p>
    <w:p w14:paraId="6379E1F6" w14:textId="77777777" w:rsidR="0091603E" w:rsidRDefault="0091603E" w:rsidP="0091603E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#MHAW2026 #TakeAction #SuicidePrevention #KindWords #CommunityCare #OrangeButton</w:t>
      </w:r>
    </w:p>
    <w:p w14:paraId="55DE94B9" w14:textId="77777777" w:rsidR="0091603E" w:rsidRPr="00E25DD8" w:rsidRDefault="0091603E" w:rsidP="0091603E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X (Twitter)</w:t>
      </w:r>
    </w:p>
    <w:p w14:paraId="060297DE" w14:textId="77777777" w:rsidR="008D0798" w:rsidRPr="008D0798" w:rsidRDefault="008D0798" w:rsidP="008D0798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t>This Mental Health Awareness Week (11–17 May), the theme is Action.</w:t>
      </w: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 xml:space="preserve">Awareness matters — but change happens when we </w:t>
      </w:r>
      <w:r w:rsidRPr="008D0798">
        <w:rPr>
          <w:rFonts w:cstheme="majorHAnsi"/>
          <w:b w:val="0"/>
          <w:bCs w:val="0"/>
          <w:i/>
          <w:iCs/>
          <w:color w:val="auto"/>
          <w:sz w:val="24"/>
          <w:szCs w:val="24"/>
          <w:lang w:val="en-GB"/>
        </w:rPr>
        <w:t>do something</w:t>
      </w: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t>.</w:t>
      </w:r>
    </w:p>
    <w:p w14:paraId="23E06876" w14:textId="3B4A7E93" w:rsidR="00FE751B" w:rsidRDefault="008D0798" w:rsidP="00FE751B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D0798">
        <w:rPr>
          <w:rFonts w:ascii="Segoe UI Emoji" w:hAnsi="Segoe UI Emoji" w:cs="Segoe UI Emoji"/>
          <w:b w:val="0"/>
          <w:bCs w:val="0"/>
          <w:color w:val="auto"/>
          <w:sz w:val="24"/>
          <w:szCs w:val="24"/>
          <w:lang w:val="en-GB"/>
        </w:rPr>
        <w:t>🧡</w:t>
      </w: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The Orange Button Community Scheme makes support more visible.</w:t>
      </w: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Listen. Support. Signpost.</w:t>
      </w: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Let’s keep talking.</w:t>
      </w:r>
    </w:p>
    <w:p w14:paraId="29C7A503" w14:textId="77777777" w:rsidR="00913A34" w:rsidRDefault="00913A34" w:rsidP="00FE751B">
      <w:pPr>
        <w:rPr>
          <w:rFonts w:ascii="Segoe UI Symbol" w:hAnsi="Segoe UI Symbol" w:cs="Segoe UI Symbol"/>
          <w:lang w:val="en-GB"/>
        </w:rPr>
      </w:pPr>
    </w:p>
    <w:p w14:paraId="782A6739" w14:textId="0CAB7C2E" w:rsidR="00FE751B" w:rsidRPr="00674715" w:rsidRDefault="00FE751B" w:rsidP="00FE751B">
      <w:pPr>
        <w:rPr>
          <w:lang w:val="en-GB"/>
        </w:rPr>
      </w:pPr>
      <w:r>
        <w:rPr>
          <w:rFonts w:ascii="Segoe UI Symbol" w:hAnsi="Segoe UI Symbol" w:cs="Segoe UI Symbol"/>
          <w:lang w:val="en-GB"/>
        </w:rPr>
        <w:t>For more info➡️ [insert link]</w:t>
      </w:r>
    </w:p>
    <w:p w14:paraId="18ADBD93" w14:textId="5E47A501" w:rsidR="008D0798" w:rsidRPr="008D0798" w:rsidRDefault="008D0798" w:rsidP="008D0798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D0798">
        <w:rPr>
          <w:rFonts w:cstheme="majorHAnsi"/>
          <w:b w:val="0"/>
          <w:bCs w:val="0"/>
          <w:color w:val="auto"/>
          <w:sz w:val="24"/>
          <w:szCs w:val="24"/>
          <w:lang w:val="en-GB"/>
        </w:rPr>
        <w:t>#MHAW2026 #TakeAction #MentalHealth #OrangeButton</w:t>
      </w:r>
    </w:p>
    <w:p w14:paraId="295DE0A3" w14:textId="09459590" w:rsidR="0091603E" w:rsidRPr="00E25DD8" w:rsidRDefault="0091603E" w:rsidP="0091603E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E25DD8">
        <w:rPr>
          <w:rFonts w:cstheme="majorHAnsi"/>
          <w:b w:val="0"/>
          <w:bCs w:val="0"/>
          <w:color w:val="auto"/>
          <w:sz w:val="24"/>
          <w:szCs w:val="24"/>
          <w:lang w:val="en-GB"/>
        </w:rPr>
        <w:t>You can also learn how to support others through Orange Button training:</w:t>
      </w:r>
      <w:r w:rsidRPr="00E25DD8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</w:r>
    </w:p>
    <w:p w14:paraId="117F9F1D" w14:textId="77777777" w:rsidR="0091603E" w:rsidRPr="00E25DD8" w:rsidRDefault="0091603E" w:rsidP="0091603E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LinkedIn</w:t>
      </w:r>
    </w:p>
    <w:p w14:paraId="76347167" w14:textId="77777777" w:rsidR="00895138" w:rsidRPr="0089513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895138">
        <w:rPr>
          <w:rFonts w:asciiTheme="majorHAnsi" w:hAnsiTheme="majorHAnsi" w:cstheme="majorHAnsi"/>
          <w:sz w:val="24"/>
          <w:szCs w:val="24"/>
          <w:lang w:val="en-GB"/>
        </w:rPr>
        <w:t>This Mental Health Awareness Week (11–17 May), the theme is Action — recognising that while awareness is vital, real change happens when we take practical steps.</w:t>
      </w:r>
    </w:p>
    <w:p w14:paraId="54EF7C9F" w14:textId="77777777" w:rsidR="00895138" w:rsidRPr="0089513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895138">
        <w:rPr>
          <w:rFonts w:asciiTheme="majorHAnsi" w:hAnsiTheme="majorHAnsi" w:cstheme="majorHAnsi"/>
          <w:sz w:val="24"/>
          <w:szCs w:val="24"/>
          <w:lang w:val="en-GB"/>
        </w:rPr>
        <w:lastRenderedPageBreak/>
        <w:t>One meaningful action is choosing our words carefully, listening with compassion, and helping people access the right support at the right time.</w:t>
      </w:r>
    </w:p>
    <w:p w14:paraId="028CB183" w14:textId="77777777" w:rsidR="00895138" w:rsidRPr="0089513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895138">
        <w:rPr>
          <w:rFonts w:ascii="Segoe UI Emoji" w:hAnsi="Segoe UI Emoji" w:cs="Segoe UI Emoji"/>
          <w:sz w:val="24"/>
          <w:szCs w:val="24"/>
          <w:lang w:val="en-GB"/>
        </w:rPr>
        <w:t>🧡</w:t>
      </w:r>
      <w:r w:rsidRPr="00895138">
        <w:rPr>
          <w:rFonts w:asciiTheme="majorHAnsi" w:hAnsiTheme="majorHAnsi" w:cstheme="majorHAnsi"/>
          <w:sz w:val="24"/>
          <w:szCs w:val="24"/>
          <w:lang w:val="en-GB"/>
        </w:rPr>
        <w:t xml:space="preserve"> The Orange Button Community Scheme helps make support more visible within our communities.</w:t>
      </w:r>
    </w:p>
    <w:p w14:paraId="6A82A895" w14:textId="77777777" w:rsidR="00895138" w:rsidRPr="0089513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895138">
        <w:rPr>
          <w:rFonts w:asciiTheme="majorHAnsi" w:hAnsiTheme="majorHAnsi" w:cstheme="majorHAnsi"/>
          <w:sz w:val="24"/>
          <w:szCs w:val="24"/>
          <w:lang w:val="en-GB"/>
        </w:rPr>
        <w:t>Listen. Support. Signpost.</w:t>
      </w:r>
      <w:r w:rsidRPr="00895138">
        <w:rPr>
          <w:rFonts w:asciiTheme="majorHAnsi" w:hAnsiTheme="majorHAnsi" w:cstheme="majorHAnsi"/>
          <w:sz w:val="24"/>
          <w:szCs w:val="24"/>
          <w:lang w:val="en-GB"/>
        </w:rPr>
        <w:br/>
        <w:t>Let’s keep talking.</w:t>
      </w:r>
    </w:p>
    <w:p w14:paraId="76128236" w14:textId="1BC58A21" w:rsidR="00895138" w:rsidRPr="00E25DD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highlight w:val="yellow"/>
          <w:lang w:val="en-GB"/>
        </w:rPr>
        <w:t xml:space="preserve">For more info -&gt; </w:t>
      </w:r>
      <w:r w:rsidRPr="00E25DD8">
        <w:rPr>
          <w:rFonts w:asciiTheme="majorHAnsi" w:hAnsiTheme="majorHAnsi" w:cstheme="majorHAnsi"/>
          <w:sz w:val="24"/>
          <w:szCs w:val="24"/>
          <w:highlight w:val="yellow"/>
          <w:lang w:val="en-GB"/>
        </w:rPr>
        <w:t>[ICB link]</w:t>
      </w:r>
    </w:p>
    <w:p w14:paraId="318A4C9A" w14:textId="77777777" w:rsidR="00895138" w:rsidRPr="00895138" w:rsidRDefault="00895138" w:rsidP="00895138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895138">
        <w:rPr>
          <w:rFonts w:asciiTheme="majorHAnsi" w:hAnsiTheme="majorHAnsi" w:cstheme="majorHAnsi"/>
          <w:sz w:val="24"/>
          <w:szCs w:val="24"/>
          <w:lang w:val="en-GB"/>
        </w:rPr>
        <w:t>#MHAW2026 #ActionForMentalHealth #MentalHealthAwarenessWeek #SuicidePrevention #OrangeButton #CommunityWellbeing #LetsKeepTalking</w:t>
      </w:r>
    </w:p>
    <w:p w14:paraId="3FE92604" w14:textId="77777777" w:rsidR="0091603E" w:rsidRPr="00E25DD8" w:rsidRDefault="0091603E" w:rsidP="0091603E">
      <w:pPr>
        <w:rPr>
          <w:rFonts w:asciiTheme="majorHAnsi" w:hAnsiTheme="majorHAnsi" w:cstheme="majorHAnsi"/>
          <w:sz w:val="24"/>
          <w:szCs w:val="24"/>
        </w:rPr>
      </w:pPr>
    </w:p>
    <w:p w14:paraId="7E3153C7" w14:textId="4B95EBFF" w:rsidR="000B543D" w:rsidRPr="006E2E76" w:rsidRDefault="002710D6">
      <w:pPr>
        <w:pStyle w:val="Heading2"/>
        <w:rPr>
          <w:rFonts w:cstheme="majorHAnsi"/>
          <w:sz w:val="32"/>
          <w:szCs w:val="32"/>
          <w:u w:val="single"/>
        </w:rPr>
      </w:pPr>
      <w:r w:rsidRPr="006E2E76">
        <w:rPr>
          <w:rFonts w:cstheme="majorHAnsi"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62558FAF" wp14:editId="63166C1D">
            <wp:simplePos x="0" y="0"/>
            <wp:positionH relativeFrom="column">
              <wp:posOffset>57150</wp:posOffset>
            </wp:positionH>
            <wp:positionV relativeFrom="paragraph">
              <wp:posOffset>603885</wp:posOffset>
            </wp:positionV>
            <wp:extent cx="2667000" cy="2232995"/>
            <wp:effectExtent l="0" t="0" r="0" b="0"/>
            <wp:wrapThrough wrapText="bothSides">
              <wp:wrapPolygon edited="0">
                <wp:start x="0" y="0"/>
                <wp:lineTo x="0" y="21379"/>
                <wp:lineTo x="21446" y="21379"/>
                <wp:lineTo x="21446" y="0"/>
                <wp:lineTo x="0" y="0"/>
              </wp:wrapPolygon>
            </wp:wrapThrough>
            <wp:docPr id="189520182" name="Picture 1" descr="A person in a hoodie sitt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0182" name="Picture 1" descr="A person in a hoodie sitting outsid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3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105" w:rsidRPr="006E2E76">
        <w:rPr>
          <w:rFonts w:cstheme="majorHAnsi"/>
          <w:sz w:val="32"/>
          <w:szCs w:val="32"/>
          <w:u w:val="single"/>
        </w:rPr>
        <w:t>Post</w:t>
      </w:r>
      <w:r w:rsidR="00902FE6" w:rsidRPr="006E2E76">
        <w:rPr>
          <w:rFonts w:cstheme="majorHAnsi"/>
          <w:sz w:val="32"/>
          <w:szCs w:val="32"/>
          <w:u w:val="single"/>
        </w:rPr>
        <w:t>2</w:t>
      </w:r>
      <w:r w:rsidR="00C84105" w:rsidRPr="006E2E76">
        <w:rPr>
          <w:rFonts w:cstheme="majorHAnsi"/>
          <w:sz w:val="32"/>
          <w:szCs w:val="32"/>
          <w:u w:val="single"/>
        </w:rPr>
        <w:t>: Let’s keep talking</w:t>
      </w:r>
    </w:p>
    <w:p w14:paraId="14DED0CC" w14:textId="74C5681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7935E62D" w14:textId="02A93822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50846095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43DB24BB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74D8260C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4DCAB545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28FB54AC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</w:p>
    <w:p w14:paraId="40C44FEB" w14:textId="7498E7A3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Facebook</w:t>
      </w:r>
    </w:p>
    <w:p w14:paraId="463AC556" w14:textId="77777777" w:rsidR="000B543D" w:rsidRPr="00E25DD8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Let’s keep talking.</w:t>
      </w:r>
    </w:p>
    <w:p w14:paraId="57B13B59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When it comes to preventing suicide, simple, supportive conversations can make a difference.</w:t>
      </w:r>
    </w:p>
    <w:p w14:paraId="453EADA2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The Orange Button Community Scheme helps people feel more confident to listen, support and signpost if someone may be struggling.</w:t>
      </w:r>
    </w:p>
    <w:p w14:paraId="1097F3B3" w14:textId="761A2F40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During Mental Health Awareness Week (11–17 May 2026), </w:t>
      </w:r>
      <w:proofErr w:type="gramStart"/>
      <w:r w:rsidRPr="00E25DD8">
        <w:rPr>
          <w:rFonts w:asciiTheme="majorHAnsi" w:hAnsiTheme="majorHAnsi" w:cstheme="majorHAnsi"/>
          <w:sz w:val="24"/>
          <w:szCs w:val="24"/>
        </w:rPr>
        <w:t>local residents</w:t>
      </w:r>
      <w:proofErr w:type="gramEnd"/>
      <w:r w:rsidRPr="00E25DD8">
        <w:rPr>
          <w:rFonts w:asciiTheme="majorHAnsi" w:hAnsiTheme="majorHAnsi" w:cstheme="majorHAnsi"/>
          <w:sz w:val="24"/>
          <w:szCs w:val="24"/>
        </w:rPr>
        <w:t xml:space="preserve"> and organisations are encouraged to get involved:</w:t>
      </w:r>
    </w:p>
    <w:p w14:paraId="5A8D2E98" w14:textId="31A422FE" w:rsidR="000B543D" w:rsidRPr="00E25DD8" w:rsidRDefault="00C84105" w:rsidP="00C84105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lastRenderedPageBreak/>
        <w:t xml:space="preserve">For more info: </w:t>
      </w:r>
      <w:r w:rsidRPr="00E25DD8">
        <w:rPr>
          <w:rFonts w:asciiTheme="majorHAnsi" w:hAnsiTheme="majorHAnsi" w:cstheme="majorHAnsi"/>
          <w:sz w:val="24"/>
          <w:szCs w:val="24"/>
          <w:highlight w:val="yellow"/>
        </w:rPr>
        <w:t>[insert link</w:t>
      </w:r>
      <w:r w:rsidR="0030396B">
        <w:rPr>
          <w:rFonts w:asciiTheme="majorHAnsi" w:hAnsiTheme="majorHAnsi" w:cstheme="majorHAnsi"/>
          <w:sz w:val="24"/>
          <w:szCs w:val="24"/>
          <w:highlight w:val="yellow"/>
        </w:rPr>
        <w:t xml:space="preserve"> to ICB website</w:t>
      </w:r>
      <w:r w:rsidRPr="00E25DD8">
        <w:rPr>
          <w:rFonts w:asciiTheme="majorHAnsi" w:hAnsiTheme="majorHAnsi" w:cstheme="majorHAnsi"/>
          <w:sz w:val="24"/>
          <w:szCs w:val="24"/>
          <w:highlight w:val="yellow"/>
        </w:rPr>
        <w:t>]</w:t>
      </w:r>
    </w:p>
    <w:p w14:paraId="754153D5" w14:textId="00DF4098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If you need support now, help is available.</w:t>
      </w:r>
    </w:p>
    <w:p w14:paraId="7E1FFFC8" w14:textId="275090CD" w:rsidR="0030396B" w:rsidRDefault="0030396B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24"/>
          <w:szCs w:val="24"/>
        </w:rPr>
      </w:pPr>
    </w:p>
    <w:p w14:paraId="663A11AE" w14:textId="0FBDC44A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Instagram</w:t>
      </w:r>
    </w:p>
    <w:p w14:paraId="5CC5316D" w14:textId="77777777" w:rsidR="000B543D" w:rsidRPr="00E25DD8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Let’s keep talking.</w:t>
      </w:r>
    </w:p>
    <w:p w14:paraId="7F6269E7" w14:textId="77777777" w:rsidR="00196912" w:rsidRPr="00196912" w:rsidRDefault="00000000" w:rsidP="00196912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E25DD8">
        <w:rPr>
          <w:rFonts w:asciiTheme="majorHAnsi" w:hAnsiTheme="majorHAnsi" w:cstheme="majorHAnsi"/>
          <w:sz w:val="24"/>
          <w:szCs w:val="24"/>
        </w:rPr>
        <w:t>Words matter when working to prevent suicide</w:t>
      </w:r>
      <w:r w:rsidR="00196912">
        <w:rPr>
          <w:rFonts w:asciiTheme="majorHAnsi" w:hAnsiTheme="majorHAnsi" w:cstheme="majorHAnsi"/>
          <w:sz w:val="24"/>
          <w:szCs w:val="24"/>
        </w:rPr>
        <w:t xml:space="preserve"> - </w:t>
      </w:r>
      <w:r w:rsidR="00196912" w:rsidRPr="00196912">
        <w:rPr>
          <w:rFonts w:asciiTheme="majorHAnsi" w:hAnsiTheme="majorHAnsi" w:cstheme="majorHAnsi"/>
          <w:sz w:val="24"/>
          <w:szCs w:val="24"/>
          <w:lang w:val="en-GB"/>
        </w:rPr>
        <w:t>and talking is one action we can all take.</w:t>
      </w:r>
    </w:p>
    <w:p w14:paraId="4755A7F8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The Orange Button Community Scheme helps make support more visible in our communities.</w:t>
      </w:r>
    </w:p>
    <w:p w14:paraId="3C19A51E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Listen. Support. Signpost.</w:t>
      </w:r>
    </w:p>
    <w:p w14:paraId="3EE04970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Find out more </w:t>
      </w:r>
      <w:r w:rsidRPr="00714692">
        <w:rPr>
          <w:rFonts w:asciiTheme="majorHAnsi" w:hAnsiTheme="majorHAnsi" w:cstheme="majorHAnsi"/>
          <w:sz w:val="24"/>
          <w:szCs w:val="24"/>
          <w:highlight w:val="yellow"/>
        </w:rPr>
        <w:t>via the link in our bio.</w:t>
      </w:r>
    </w:p>
    <w:p w14:paraId="3ECC65D9" w14:textId="426C1524" w:rsidR="00C84105" w:rsidRPr="00E25DD8" w:rsidRDefault="00C84105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#MHAW2026</w:t>
      </w:r>
    </w:p>
    <w:p w14:paraId="3D6E29DA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X (Twitter)</w:t>
      </w:r>
    </w:p>
    <w:p w14:paraId="464853B5" w14:textId="77777777" w:rsidR="000B543D" w:rsidRPr="00E25DD8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Let’s keep talking.</w:t>
      </w:r>
    </w:p>
    <w:p w14:paraId="449F4F49" w14:textId="77777777" w:rsidR="00714692" w:rsidRPr="00714692" w:rsidRDefault="00000000" w:rsidP="00714692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Supportive conversations </w:t>
      </w:r>
      <w:r w:rsidR="00714692" w:rsidRPr="00714692">
        <w:rPr>
          <w:rFonts w:asciiTheme="majorHAnsi" w:hAnsiTheme="majorHAnsi" w:cstheme="majorHAnsi"/>
          <w:sz w:val="24"/>
          <w:szCs w:val="24"/>
          <w:lang w:val="en-GB"/>
        </w:rPr>
        <w:t>are an action we can all take to help prevent suicide.</w:t>
      </w:r>
    </w:p>
    <w:p w14:paraId="66B82F85" w14:textId="2EB16FB9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The Orange Button Community Scheme helps people feel confident to listen, support and signpost.</w:t>
      </w:r>
    </w:p>
    <w:p w14:paraId="32D5819F" w14:textId="77777777" w:rsidR="00A42E4E" w:rsidRDefault="00000000" w:rsidP="00A42E4E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Find out more: </w:t>
      </w:r>
      <w:r w:rsidRPr="00E25DD8">
        <w:rPr>
          <w:rFonts w:asciiTheme="majorHAnsi" w:hAnsiTheme="majorHAnsi" w:cstheme="majorHAnsi"/>
          <w:sz w:val="24"/>
          <w:szCs w:val="24"/>
          <w:highlight w:val="yellow"/>
        </w:rPr>
        <w:t>[</w:t>
      </w:r>
      <w:proofErr w:type="gramStart"/>
      <w:r w:rsidRPr="00E25DD8">
        <w:rPr>
          <w:rFonts w:asciiTheme="majorHAnsi" w:hAnsiTheme="majorHAnsi" w:cstheme="majorHAnsi"/>
          <w:sz w:val="24"/>
          <w:szCs w:val="24"/>
          <w:highlight w:val="yellow"/>
        </w:rPr>
        <w:t>link]</w:t>
      </w:r>
      <w:r w:rsidRPr="00E25DD8">
        <w:rPr>
          <w:rFonts w:asciiTheme="majorHAnsi" w:hAnsiTheme="majorHAnsi" w:cstheme="majorHAnsi"/>
          <w:sz w:val="24"/>
          <w:szCs w:val="24"/>
        </w:rPr>
        <w:t xml:space="preserve"> #</w:t>
      </w:r>
      <w:proofErr w:type="gramEnd"/>
      <w:r w:rsidRPr="00E25DD8">
        <w:rPr>
          <w:rFonts w:asciiTheme="majorHAnsi" w:hAnsiTheme="majorHAnsi" w:cstheme="majorHAnsi"/>
          <w:sz w:val="24"/>
          <w:szCs w:val="24"/>
        </w:rPr>
        <w:t>MHAW2026</w:t>
      </w:r>
    </w:p>
    <w:p w14:paraId="4B5A4B47" w14:textId="77777777" w:rsidR="00A42E4E" w:rsidRDefault="00000000" w:rsidP="00A42E4E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LinkedIn</w:t>
      </w:r>
    </w:p>
    <w:p w14:paraId="6F4A4060" w14:textId="4FD2C2AE" w:rsidR="00A42E4E" w:rsidRPr="00A42E4E" w:rsidRDefault="00A42E4E" w:rsidP="00A42E4E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A42E4E">
        <w:rPr>
          <w:rFonts w:asciiTheme="majorHAnsi" w:hAnsiTheme="majorHAnsi" w:cstheme="majorHAnsi"/>
          <w:b/>
          <w:bCs/>
          <w:sz w:val="24"/>
          <w:szCs w:val="24"/>
          <w:lang w:val="en-GB"/>
        </w:rPr>
        <w:t>Let’s keep talking.</w:t>
      </w:r>
      <w:r w:rsidRPr="00A42E4E">
        <w:rPr>
          <w:rFonts w:asciiTheme="majorHAnsi" w:hAnsiTheme="majorHAnsi" w:cstheme="majorHAnsi"/>
          <w:b/>
          <w:bCs/>
          <w:sz w:val="24"/>
          <w:szCs w:val="24"/>
          <w:lang w:val="en-GB"/>
        </w:rPr>
        <w:br/>
      </w:r>
      <w:r w:rsidRPr="00A42E4E">
        <w:rPr>
          <w:rFonts w:asciiTheme="majorHAnsi" w:hAnsiTheme="majorHAnsi" w:cstheme="majorHAnsi"/>
          <w:sz w:val="24"/>
          <w:szCs w:val="24"/>
          <w:lang w:val="en-GB"/>
        </w:rPr>
        <w:t xml:space="preserve">Suicide prevention relies on more than services alone </w:t>
      </w:r>
      <w:r>
        <w:rPr>
          <w:rFonts w:asciiTheme="majorHAnsi" w:hAnsiTheme="majorHAnsi" w:cstheme="majorHAnsi"/>
          <w:sz w:val="24"/>
          <w:szCs w:val="24"/>
          <w:lang w:val="en-GB"/>
        </w:rPr>
        <w:t>-</w:t>
      </w:r>
      <w:r w:rsidRPr="00A42E4E">
        <w:rPr>
          <w:rFonts w:asciiTheme="majorHAnsi" w:hAnsiTheme="majorHAnsi" w:cstheme="majorHAnsi"/>
          <w:sz w:val="24"/>
          <w:szCs w:val="24"/>
          <w:lang w:val="en-GB"/>
        </w:rPr>
        <w:t xml:space="preserve"> supportive conversations in communities and workplaces matter.</w:t>
      </w:r>
    </w:p>
    <w:p w14:paraId="2AE9AD91" w14:textId="77777777" w:rsidR="00A42E4E" w:rsidRPr="00A42E4E" w:rsidRDefault="00A42E4E" w:rsidP="00A42E4E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A42E4E">
        <w:rPr>
          <w:rFonts w:asciiTheme="majorHAnsi" w:hAnsiTheme="majorHAnsi" w:cstheme="majorHAnsi"/>
          <w:sz w:val="24"/>
          <w:szCs w:val="24"/>
          <w:lang w:val="en-GB"/>
        </w:rPr>
        <w:t xml:space="preserve">During Mental Health Awareness Week (11–17 May 2026), organisations and individuals are encouraged to </w:t>
      </w:r>
      <w:proofErr w:type="gramStart"/>
      <w:r w:rsidRPr="00A42E4E">
        <w:rPr>
          <w:rFonts w:asciiTheme="majorHAnsi" w:hAnsiTheme="majorHAnsi" w:cstheme="majorHAnsi"/>
          <w:sz w:val="24"/>
          <w:szCs w:val="24"/>
          <w:lang w:val="en-GB"/>
        </w:rPr>
        <w:t>take action</w:t>
      </w:r>
      <w:proofErr w:type="gramEnd"/>
      <w:r w:rsidRPr="00A42E4E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7D02F69F" w14:textId="77777777" w:rsidR="00A42E4E" w:rsidRPr="00A42E4E" w:rsidRDefault="00A42E4E" w:rsidP="00A42E4E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A42E4E">
        <w:rPr>
          <w:rFonts w:asciiTheme="majorHAnsi" w:hAnsiTheme="majorHAnsi" w:cstheme="majorHAnsi"/>
          <w:sz w:val="24"/>
          <w:szCs w:val="24"/>
          <w:lang w:val="en-GB"/>
        </w:rPr>
        <w:t>The Orange Button Community Scheme helps people feel confident to listen, support and signpost when someone may need help.</w:t>
      </w:r>
    </w:p>
    <w:p w14:paraId="54EEAF7D" w14:textId="04BDB630" w:rsidR="00A42E4E" w:rsidRPr="00A42E4E" w:rsidRDefault="00A42E4E" w:rsidP="00A42E4E">
      <w:pPr>
        <w:rPr>
          <w:rFonts w:asciiTheme="majorHAnsi" w:hAnsiTheme="majorHAnsi" w:cstheme="majorHAnsi"/>
          <w:sz w:val="24"/>
          <w:szCs w:val="24"/>
        </w:rPr>
      </w:pPr>
      <w:r w:rsidRPr="00A42E4E">
        <w:rPr>
          <w:rFonts w:asciiTheme="majorHAnsi" w:hAnsiTheme="majorHAnsi" w:cstheme="majorHAnsi"/>
          <w:sz w:val="24"/>
          <w:szCs w:val="24"/>
          <w:lang w:val="en-GB"/>
        </w:rPr>
        <w:t>Find out how to get involved locally:</w:t>
      </w:r>
      <w:r w:rsidRPr="00A42E4E">
        <w:rPr>
          <w:rFonts w:asciiTheme="majorHAnsi" w:hAnsiTheme="majorHAnsi" w:cstheme="majorHAnsi"/>
          <w:b/>
          <w:bCs/>
          <w:sz w:val="24"/>
          <w:szCs w:val="24"/>
          <w:lang w:val="en-GB"/>
        </w:rPr>
        <w:t xml:space="preserve"> </w:t>
      </w:r>
      <w:r w:rsidRPr="00A42E4E">
        <w:rPr>
          <w:rFonts w:asciiTheme="majorHAnsi" w:hAnsiTheme="majorHAnsi" w:cstheme="majorHAnsi"/>
          <w:b/>
          <w:bCs/>
          <w:sz w:val="24"/>
          <w:szCs w:val="24"/>
          <w:highlight w:val="yellow"/>
          <w:lang w:val="en-GB"/>
        </w:rPr>
        <w:t>[link]</w:t>
      </w:r>
    </w:p>
    <w:p w14:paraId="56B66D66" w14:textId="45BB90E0" w:rsidR="000B543D" w:rsidRPr="00A42E4E" w:rsidRDefault="00000000">
      <w:pPr>
        <w:pStyle w:val="Heading2"/>
        <w:rPr>
          <w:rFonts w:cstheme="majorHAnsi"/>
          <w:sz w:val="32"/>
          <w:szCs w:val="32"/>
          <w:u w:val="single"/>
        </w:rPr>
      </w:pPr>
      <w:r w:rsidRPr="00A42E4E">
        <w:rPr>
          <w:rFonts w:cstheme="majorHAnsi"/>
          <w:sz w:val="32"/>
          <w:szCs w:val="32"/>
          <w:u w:val="single"/>
        </w:rPr>
        <w:lastRenderedPageBreak/>
        <w:t xml:space="preserve">Post </w:t>
      </w:r>
      <w:r w:rsidR="00A42E4E" w:rsidRPr="00A42E4E">
        <w:rPr>
          <w:rFonts w:cstheme="majorHAnsi"/>
          <w:sz w:val="32"/>
          <w:szCs w:val="32"/>
          <w:u w:val="single"/>
        </w:rPr>
        <w:t>3</w:t>
      </w:r>
      <w:r w:rsidRPr="00A42E4E">
        <w:rPr>
          <w:rFonts w:cstheme="majorHAnsi"/>
          <w:sz w:val="32"/>
          <w:szCs w:val="32"/>
          <w:u w:val="single"/>
        </w:rPr>
        <w:t>: Words matter</w:t>
      </w:r>
    </w:p>
    <w:p w14:paraId="77871E2B" w14:textId="77777777" w:rsidR="00C84105" w:rsidRPr="00E25DD8" w:rsidRDefault="00C84105">
      <w:pPr>
        <w:pStyle w:val="Heading3"/>
        <w:rPr>
          <w:rFonts w:cstheme="majorHAnsi"/>
          <w:sz w:val="24"/>
          <w:szCs w:val="24"/>
        </w:rPr>
      </w:pPr>
      <w:r w:rsidRPr="00E25DD8">
        <w:rPr>
          <w:rFonts w:eastAsiaTheme="minorEastAsia" w:cstheme="majorHAnsi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39416A5E" wp14:editId="441E630F">
            <wp:extent cx="3200400" cy="2660333"/>
            <wp:effectExtent l="0" t="0" r="0" b="6985"/>
            <wp:docPr id="1827880539" name="Picture 1" descr="A person and person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80539" name="Picture 1" descr="A person and person sitting on a bench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1748" cy="26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191B" w14:textId="5CCB1F92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Facebook</w:t>
      </w:r>
    </w:p>
    <w:p w14:paraId="54DAFACC" w14:textId="77777777" w:rsidR="000B543D" w:rsidRPr="00E25DD8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Words matter when working to prevent suicide.</w:t>
      </w:r>
    </w:p>
    <w:p w14:paraId="6FD443B7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Language can help reduce stigma, encourage conversations and help people feel less alone.</w:t>
      </w:r>
    </w:p>
    <w:p w14:paraId="4FEB85FA" w14:textId="686F4C73" w:rsidR="00AF659E" w:rsidRPr="00AF659E" w:rsidRDefault="00AF659E" w:rsidP="00AF659E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AF659E">
        <w:rPr>
          <w:rFonts w:asciiTheme="majorHAnsi" w:hAnsiTheme="majorHAnsi" w:cstheme="majorHAnsi"/>
          <w:sz w:val="24"/>
          <w:szCs w:val="24"/>
          <w:lang w:val="en-GB"/>
        </w:rPr>
        <w:t xml:space="preserve">During Mental Health Awareness Week (11–17 May), we’re encouraged to </w:t>
      </w:r>
      <w:proofErr w:type="gramStart"/>
      <w:r w:rsidRPr="00AF659E">
        <w:rPr>
          <w:rFonts w:asciiTheme="majorHAnsi" w:hAnsiTheme="majorHAnsi" w:cstheme="majorHAnsi"/>
          <w:sz w:val="24"/>
          <w:szCs w:val="24"/>
          <w:lang w:val="en-GB"/>
        </w:rPr>
        <w:t>take action</w:t>
      </w:r>
      <w:proofErr w:type="gramEnd"/>
      <w:r w:rsidRPr="00AF659E">
        <w:rPr>
          <w:rFonts w:asciiTheme="majorHAnsi" w:hAnsiTheme="majorHAnsi" w:cstheme="majorHAnsi"/>
          <w:sz w:val="24"/>
          <w:szCs w:val="24"/>
          <w:lang w:val="en-GB"/>
        </w:rPr>
        <w:t xml:space="preserve"> and one simple action we can all take is choosing words that are supportive, compassionate and safe.</w:t>
      </w:r>
    </w:p>
    <w:p w14:paraId="3D36BAFE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The Orange Button Community Scheme provides training so people can respond safely and compassionately.</w:t>
      </w:r>
    </w:p>
    <w:p w14:paraId="46F848D4" w14:textId="76C0DD0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Find out more about training in your area: </w:t>
      </w:r>
      <w:r w:rsidRPr="00E25DD8">
        <w:rPr>
          <w:rFonts w:asciiTheme="majorHAnsi" w:hAnsiTheme="majorHAnsi" w:cstheme="majorHAnsi"/>
          <w:sz w:val="24"/>
          <w:szCs w:val="24"/>
          <w:highlight w:val="yellow"/>
        </w:rPr>
        <w:t>[link]</w:t>
      </w:r>
    </w:p>
    <w:p w14:paraId="5A95F2B5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lastRenderedPageBreak/>
        <w:t>Instagram</w:t>
      </w:r>
    </w:p>
    <w:p w14:paraId="233F3D80" w14:textId="77777777" w:rsidR="007515BD" w:rsidRPr="007515BD" w:rsidRDefault="007515BD" w:rsidP="007515BD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7515BD">
        <w:rPr>
          <w:rFonts w:cstheme="majorHAnsi"/>
          <w:color w:val="auto"/>
          <w:sz w:val="24"/>
          <w:szCs w:val="24"/>
          <w:lang w:val="en-GB"/>
        </w:rPr>
        <w:t>Words matter.</w:t>
      </w:r>
      <w:r w:rsidRPr="007515BD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Language is powerful — and choosing supportive words is an action we can all take.</w:t>
      </w:r>
    </w:p>
    <w:p w14:paraId="4C270E32" w14:textId="77777777" w:rsidR="007515BD" w:rsidRPr="007515BD" w:rsidRDefault="007515BD" w:rsidP="007515BD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7515BD">
        <w:rPr>
          <w:rFonts w:cstheme="majorHAnsi"/>
          <w:b w:val="0"/>
          <w:bCs w:val="0"/>
          <w:color w:val="auto"/>
          <w:sz w:val="24"/>
          <w:szCs w:val="24"/>
          <w:lang w:val="en-GB"/>
        </w:rPr>
        <w:t>Small, compassionate conversations can help people feel heard, supported and less alone.</w:t>
      </w:r>
    </w:p>
    <w:p w14:paraId="115884EF" w14:textId="77777777" w:rsidR="007515BD" w:rsidRPr="007515BD" w:rsidRDefault="007515BD" w:rsidP="007515BD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7515BD">
        <w:rPr>
          <w:rFonts w:ascii="Segoe UI Emoji" w:hAnsi="Segoe UI Emoji" w:cs="Segoe UI Emoji"/>
          <w:b w:val="0"/>
          <w:bCs w:val="0"/>
          <w:color w:val="auto"/>
          <w:sz w:val="24"/>
          <w:szCs w:val="24"/>
          <w:lang w:val="en-GB"/>
        </w:rPr>
        <w:t>🧡</w:t>
      </w:r>
      <w:r w:rsidRPr="007515BD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Mental Health Awareness Week (11–17 May)</w:t>
      </w:r>
      <w:r w:rsidRPr="007515BD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Let’s keep talking.</w:t>
      </w:r>
    </w:p>
    <w:p w14:paraId="0BF08677" w14:textId="77777777" w:rsidR="007515BD" w:rsidRPr="007515BD" w:rsidRDefault="007515BD" w:rsidP="007515BD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7515BD">
        <w:rPr>
          <w:rFonts w:cstheme="majorHAnsi"/>
          <w:b w:val="0"/>
          <w:bCs w:val="0"/>
          <w:color w:val="auto"/>
          <w:sz w:val="24"/>
          <w:szCs w:val="24"/>
          <w:lang w:val="en-GB"/>
        </w:rPr>
        <w:t>#MHAW2026 #WordsMatter #LetsKeepTalking</w:t>
      </w:r>
    </w:p>
    <w:p w14:paraId="07BE8817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X (Twitter)</w:t>
      </w:r>
    </w:p>
    <w:p w14:paraId="45315C7D" w14:textId="77777777" w:rsidR="00A8675F" w:rsidRPr="00A8675F" w:rsidRDefault="00A8675F" w:rsidP="00A8675F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A8675F">
        <w:rPr>
          <w:rFonts w:cstheme="majorHAnsi"/>
          <w:color w:val="auto"/>
          <w:sz w:val="24"/>
          <w:szCs w:val="24"/>
          <w:lang w:val="en-GB"/>
        </w:rPr>
        <w:t>Words matter.</w:t>
      </w:r>
      <w:r w:rsidRPr="00A8675F">
        <w:rPr>
          <w:rFonts w:cstheme="majorHAnsi"/>
          <w:color w:val="auto"/>
          <w:sz w:val="24"/>
          <w:szCs w:val="24"/>
          <w:lang w:val="en-GB"/>
        </w:rPr>
        <w:br/>
      </w:r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t>Language can open conversations, reduce stigma and support suicide prevention.</w:t>
      </w:r>
    </w:p>
    <w:p w14:paraId="11B60479" w14:textId="77777777" w:rsidR="00A8675F" w:rsidRPr="00A8675F" w:rsidRDefault="00A8675F" w:rsidP="00A8675F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During Mental Health Awareness Week, </w:t>
      </w:r>
      <w:proofErr w:type="gramStart"/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t>taking action</w:t>
      </w:r>
      <w:proofErr w:type="gramEnd"/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can be as simple as choosing compassionate words.</w:t>
      </w:r>
    </w:p>
    <w:p w14:paraId="0ED6605D" w14:textId="77777777" w:rsidR="00A8675F" w:rsidRPr="00A8675F" w:rsidRDefault="00A8675F" w:rsidP="00A8675F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t>Find out how the Orange Button Community Scheme supports safer conversations: [link]</w:t>
      </w:r>
      <w:r w:rsidRPr="00A8675F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#MHAW2026</w:t>
      </w:r>
    </w:p>
    <w:p w14:paraId="19D2C91D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LinkedIn</w:t>
      </w:r>
    </w:p>
    <w:p w14:paraId="0FB4F17B" w14:textId="77777777" w:rsidR="008A7F9E" w:rsidRPr="008A7F9E" w:rsidRDefault="008A7F9E" w:rsidP="008A7F9E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A7F9E">
        <w:rPr>
          <w:rFonts w:cstheme="majorHAnsi"/>
          <w:b w:val="0"/>
          <w:bCs w:val="0"/>
          <w:color w:val="auto"/>
          <w:sz w:val="24"/>
          <w:szCs w:val="24"/>
          <w:lang w:val="en-GB"/>
        </w:rPr>
        <w:t>Language plays an important role in suicide prevention.</w:t>
      </w:r>
      <w:r w:rsidRPr="008A7F9E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The words we choose can help people feel seen, heard and supported — and that makes language a powerful form of action.</w:t>
      </w:r>
    </w:p>
    <w:p w14:paraId="2BA0C5B7" w14:textId="77777777" w:rsidR="008A7F9E" w:rsidRPr="008A7F9E" w:rsidRDefault="008A7F9E" w:rsidP="008A7F9E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A7F9E">
        <w:rPr>
          <w:rFonts w:cstheme="majorHAnsi"/>
          <w:b w:val="0"/>
          <w:bCs w:val="0"/>
          <w:color w:val="auto"/>
          <w:sz w:val="24"/>
          <w:szCs w:val="24"/>
          <w:lang w:val="en-GB"/>
        </w:rPr>
        <w:t>During Mental Health Awareness Week (11–17 May 2026), organisations and individuals are encouraged to take practical steps to support mental health.</w:t>
      </w:r>
    </w:p>
    <w:p w14:paraId="51CDC2A3" w14:textId="77777777" w:rsidR="008A7F9E" w:rsidRPr="008A7F9E" w:rsidRDefault="008A7F9E" w:rsidP="008A7F9E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A7F9E">
        <w:rPr>
          <w:rFonts w:ascii="Segoe UI Emoji" w:hAnsi="Segoe UI Emoji" w:cs="Segoe UI Emoji"/>
          <w:b w:val="0"/>
          <w:bCs w:val="0"/>
          <w:color w:val="auto"/>
          <w:sz w:val="24"/>
          <w:szCs w:val="24"/>
          <w:lang w:val="en-GB"/>
        </w:rPr>
        <w:t>🧡</w:t>
      </w:r>
      <w:r w:rsidRPr="008A7F9E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The Orange Button Community Scheme provides training to support safe, compassionate conversations across Shropshire, Telford and Wrekin.</w:t>
      </w:r>
    </w:p>
    <w:p w14:paraId="5DB0DA27" w14:textId="77777777" w:rsidR="008A7F9E" w:rsidRPr="008A7F9E" w:rsidRDefault="008A7F9E" w:rsidP="008A7F9E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8A7F9E">
        <w:rPr>
          <w:rFonts w:cstheme="majorHAnsi"/>
          <w:b w:val="0"/>
          <w:bCs w:val="0"/>
          <w:color w:val="auto"/>
          <w:sz w:val="24"/>
          <w:szCs w:val="24"/>
          <w:lang w:val="en-GB"/>
        </w:rPr>
        <w:t>Learn more: [link]</w:t>
      </w:r>
    </w:p>
    <w:p w14:paraId="79D0A9BF" w14:textId="77777777" w:rsidR="008A7F9E" w:rsidRDefault="008A7F9E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32"/>
          <w:szCs w:val="32"/>
          <w:u w:val="single"/>
        </w:rPr>
      </w:pPr>
      <w:r>
        <w:rPr>
          <w:rFonts w:cstheme="majorHAnsi"/>
          <w:sz w:val="32"/>
          <w:szCs w:val="32"/>
          <w:u w:val="single"/>
        </w:rPr>
        <w:br w:type="page"/>
      </w:r>
    </w:p>
    <w:p w14:paraId="05273A3A" w14:textId="04061E9A" w:rsidR="00C84105" w:rsidRPr="00A42E4E" w:rsidRDefault="00000000" w:rsidP="00C84105">
      <w:pPr>
        <w:pStyle w:val="Heading2"/>
        <w:rPr>
          <w:rFonts w:cstheme="majorHAnsi"/>
          <w:sz w:val="32"/>
          <w:szCs w:val="32"/>
          <w:u w:val="single"/>
        </w:rPr>
      </w:pPr>
      <w:r w:rsidRPr="00A42E4E">
        <w:rPr>
          <w:rFonts w:cstheme="majorHAnsi"/>
          <w:sz w:val="32"/>
          <w:szCs w:val="32"/>
          <w:u w:val="single"/>
        </w:rPr>
        <w:lastRenderedPageBreak/>
        <w:t>Post</w:t>
      </w:r>
      <w:r w:rsidR="00A42E4E">
        <w:rPr>
          <w:rFonts w:cstheme="majorHAnsi"/>
          <w:sz w:val="32"/>
          <w:szCs w:val="32"/>
          <w:u w:val="single"/>
        </w:rPr>
        <w:t xml:space="preserve"> 4</w:t>
      </w:r>
      <w:r w:rsidRPr="00A42E4E">
        <w:rPr>
          <w:rFonts w:cstheme="majorHAnsi"/>
          <w:sz w:val="32"/>
          <w:szCs w:val="32"/>
          <w:u w:val="single"/>
        </w:rPr>
        <w:t>: Listen. Support. Signpost.</w:t>
      </w:r>
    </w:p>
    <w:p w14:paraId="58C0DFC9" w14:textId="63AEE0B2" w:rsidR="00C84105" w:rsidRPr="00E25DD8" w:rsidRDefault="00C84105" w:rsidP="00C84105">
      <w:pPr>
        <w:pStyle w:val="Heading3"/>
        <w:rPr>
          <w:rFonts w:cstheme="majorHAnsi"/>
          <w:sz w:val="24"/>
          <w:szCs w:val="24"/>
          <w:lang w:val="en-GB"/>
        </w:rPr>
      </w:pPr>
      <w:r w:rsidRPr="00E25DD8">
        <w:rPr>
          <w:rFonts w:cstheme="majorHAnsi"/>
          <w:noProof/>
          <w:sz w:val="24"/>
          <w:szCs w:val="24"/>
          <w:lang w:val="en-GB"/>
        </w:rPr>
        <w:drawing>
          <wp:inline distT="0" distB="0" distL="0" distR="0" wp14:anchorId="6DB52106" wp14:editId="0AF38B7D">
            <wp:extent cx="2386050" cy="2000250"/>
            <wp:effectExtent l="0" t="0" r="0" b="0"/>
            <wp:docPr id="540705889" name="Picture 2" descr="A poster of a group of people hug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05889" name="Picture 2" descr="A poster of a group of people hug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40" cy="20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F1C1" w14:textId="6870B970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Facebook</w:t>
      </w:r>
    </w:p>
    <w:p w14:paraId="13216C95" w14:textId="77777777" w:rsidR="000B543D" w:rsidRPr="00E25DD8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Listen. Support. Signpost.</w:t>
      </w:r>
    </w:p>
    <w:p w14:paraId="366191E1" w14:textId="77777777" w:rsidR="003E12F3" w:rsidRPr="003E12F3" w:rsidRDefault="003E12F3" w:rsidP="003E12F3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t>Three simple actions that can make a difference when someone is struggling.</w:t>
      </w:r>
    </w:p>
    <w:p w14:paraId="5826270C" w14:textId="77777777" w:rsidR="003E12F3" w:rsidRPr="003E12F3" w:rsidRDefault="003E12F3" w:rsidP="003E12F3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t>During Mental Health Awareness Week (11–17 May), we’re encouraged to take action to support mental health in our communities.</w:t>
      </w: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One way to do that is being ready to listen and help someone find the right support.</w:t>
      </w:r>
    </w:p>
    <w:p w14:paraId="4AB4EE0C" w14:textId="77777777" w:rsidR="003E12F3" w:rsidRPr="003E12F3" w:rsidRDefault="003E12F3" w:rsidP="003E12F3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3E12F3">
        <w:rPr>
          <w:rFonts w:ascii="Segoe UI Emoji" w:hAnsi="Segoe UI Emoji" w:cs="Segoe UI Emoji"/>
          <w:b w:val="0"/>
          <w:bCs w:val="0"/>
          <w:color w:val="auto"/>
          <w:sz w:val="24"/>
          <w:szCs w:val="24"/>
          <w:lang w:val="en-GB"/>
        </w:rPr>
        <w:t>🧡</w:t>
      </w: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t xml:space="preserve"> The Orange Button Community Scheme helps people feel prepared to respond if someone shares concerns about their mental health or suicidal thoughts.</w:t>
      </w: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br/>
        <w:t>Orange Button holders are not counsellors — they are trained to listen, offer support and help people access appropriate services.</w:t>
      </w:r>
    </w:p>
    <w:p w14:paraId="1A1D1169" w14:textId="77777777" w:rsidR="003E12F3" w:rsidRPr="003E12F3" w:rsidRDefault="003E12F3" w:rsidP="003E12F3">
      <w:pPr>
        <w:pStyle w:val="Heading3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3E12F3">
        <w:rPr>
          <w:rFonts w:cstheme="majorHAnsi"/>
          <w:b w:val="0"/>
          <w:bCs w:val="0"/>
          <w:color w:val="auto"/>
          <w:sz w:val="24"/>
          <w:szCs w:val="24"/>
          <w:lang w:val="en-GB"/>
        </w:rPr>
        <w:t>Find out more: [link]</w:t>
      </w:r>
    </w:p>
    <w:p w14:paraId="3D953C60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Instagram</w:t>
      </w:r>
    </w:p>
    <w:p w14:paraId="213A0A24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Listen.</w:t>
      </w:r>
    </w:p>
    <w:p w14:paraId="4AA3C3B2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Support.</w:t>
      </w:r>
    </w:p>
    <w:p w14:paraId="07975B7C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Signpost.</w:t>
      </w:r>
    </w:p>
    <w:p w14:paraId="549D5307" w14:textId="205D44F2" w:rsidR="000B543D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Sometimes knowing you can talk </w:t>
      </w:r>
      <w:r w:rsidR="003E12F3">
        <w:rPr>
          <w:rFonts w:asciiTheme="majorHAnsi" w:hAnsiTheme="majorHAnsi" w:cstheme="majorHAnsi"/>
          <w:sz w:val="24"/>
          <w:szCs w:val="24"/>
        </w:rPr>
        <w:t xml:space="preserve">– and be listened to - </w:t>
      </w:r>
      <w:r w:rsidRPr="00E25DD8">
        <w:rPr>
          <w:rFonts w:asciiTheme="majorHAnsi" w:hAnsiTheme="majorHAnsi" w:cstheme="majorHAnsi"/>
          <w:sz w:val="24"/>
          <w:szCs w:val="24"/>
        </w:rPr>
        <w:t>makes all the difference.</w:t>
      </w:r>
    </w:p>
    <w:p w14:paraId="2221F297" w14:textId="77777777" w:rsidR="001A3186" w:rsidRPr="001A3186" w:rsidRDefault="001A3186" w:rsidP="001A3186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Theme="majorHAnsi" w:hAnsiTheme="majorHAnsi" w:cstheme="majorHAnsi"/>
          <w:sz w:val="24"/>
          <w:szCs w:val="24"/>
          <w:lang w:val="en-GB"/>
        </w:rPr>
        <w:t xml:space="preserve">This </w:t>
      </w:r>
      <w:r w:rsidRPr="001A3186">
        <w:rPr>
          <w:rFonts w:asciiTheme="majorHAnsi" w:hAnsiTheme="majorHAnsi" w:cstheme="majorHAnsi"/>
          <w:b/>
          <w:bCs/>
          <w:sz w:val="24"/>
          <w:szCs w:val="24"/>
          <w:lang w:val="en-GB"/>
        </w:rPr>
        <w:t>Mental Health Awareness Week (11–17 May)</w:t>
      </w:r>
      <w:r w:rsidRPr="001A3186">
        <w:rPr>
          <w:rFonts w:asciiTheme="majorHAnsi" w:hAnsiTheme="majorHAnsi" w:cstheme="majorHAnsi"/>
          <w:sz w:val="24"/>
          <w:szCs w:val="24"/>
          <w:lang w:val="en-GB"/>
        </w:rPr>
        <w:t xml:space="preserve">, </w:t>
      </w:r>
      <w:proofErr w:type="gramStart"/>
      <w:r w:rsidRPr="001A3186">
        <w:rPr>
          <w:rFonts w:asciiTheme="majorHAnsi" w:hAnsiTheme="majorHAnsi" w:cstheme="majorHAnsi"/>
          <w:sz w:val="24"/>
          <w:szCs w:val="24"/>
          <w:lang w:val="en-GB"/>
        </w:rPr>
        <w:t>taking action</w:t>
      </w:r>
      <w:proofErr w:type="gramEnd"/>
      <w:r w:rsidRPr="001A3186">
        <w:rPr>
          <w:rFonts w:asciiTheme="majorHAnsi" w:hAnsiTheme="majorHAnsi" w:cstheme="majorHAnsi"/>
          <w:sz w:val="24"/>
          <w:szCs w:val="24"/>
          <w:lang w:val="en-GB"/>
        </w:rPr>
        <w:t xml:space="preserve"> can start with these three simple steps.</w:t>
      </w:r>
    </w:p>
    <w:p w14:paraId="0B6449E0" w14:textId="77777777" w:rsidR="001A3186" w:rsidRPr="001A3186" w:rsidRDefault="001A3186" w:rsidP="001A3186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="Segoe UI Emoji" w:hAnsi="Segoe UI Emoji" w:cs="Segoe UI Emoji"/>
          <w:sz w:val="24"/>
          <w:szCs w:val="24"/>
          <w:lang w:val="en-GB"/>
        </w:rPr>
        <w:t>🧡</w:t>
      </w:r>
      <w:r w:rsidRPr="001A3186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Pr="001A3186">
        <w:rPr>
          <w:rFonts w:asciiTheme="majorHAnsi" w:hAnsiTheme="majorHAnsi" w:cstheme="majorHAnsi"/>
          <w:b/>
          <w:bCs/>
          <w:sz w:val="24"/>
          <w:szCs w:val="24"/>
          <w:lang w:val="en-GB"/>
        </w:rPr>
        <w:t>Let’s keep talking.</w:t>
      </w:r>
    </w:p>
    <w:p w14:paraId="2172C0A3" w14:textId="77777777" w:rsidR="001A3186" w:rsidRPr="001A3186" w:rsidRDefault="001A3186" w:rsidP="001A3186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Theme="majorHAnsi" w:hAnsiTheme="majorHAnsi" w:cstheme="majorHAnsi"/>
          <w:sz w:val="24"/>
          <w:szCs w:val="24"/>
          <w:lang w:val="en-GB"/>
        </w:rPr>
        <w:lastRenderedPageBreak/>
        <w:t>#MHAW2026 #ListenSupportSignpost #MentalHealthAwarenessWeek</w:t>
      </w:r>
    </w:p>
    <w:p w14:paraId="329393CC" w14:textId="77777777" w:rsidR="001A3186" w:rsidRPr="00E25DD8" w:rsidRDefault="001A3186">
      <w:pPr>
        <w:rPr>
          <w:rFonts w:asciiTheme="majorHAnsi" w:hAnsiTheme="majorHAnsi" w:cstheme="majorHAnsi"/>
          <w:sz w:val="24"/>
          <w:szCs w:val="24"/>
        </w:rPr>
      </w:pPr>
    </w:p>
    <w:p w14:paraId="3287091D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X (Twitter)</w:t>
      </w:r>
    </w:p>
    <w:p w14:paraId="5C5D2C01" w14:textId="77777777" w:rsidR="00906313" w:rsidRDefault="00000000" w:rsidP="0090631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25DD8">
        <w:rPr>
          <w:rFonts w:asciiTheme="majorHAnsi" w:hAnsiTheme="majorHAnsi" w:cstheme="majorHAnsi"/>
          <w:b/>
          <w:bCs/>
          <w:sz w:val="24"/>
          <w:szCs w:val="24"/>
        </w:rPr>
        <w:t>Listen. Support. Signpost.</w:t>
      </w:r>
    </w:p>
    <w:p w14:paraId="70BECFA1" w14:textId="77777777" w:rsidR="00906313" w:rsidRPr="00906313" w:rsidRDefault="001A3186" w:rsidP="00906313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Theme="majorHAnsi" w:hAnsiTheme="majorHAnsi" w:cstheme="majorHAnsi"/>
          <w:sz w:val="24"/>
          <w:szCs w:val="24"/>
          <w:lang w:val="en-GB"/>
        </w:rPr>
        <w:t>These are simple actions that support suicide prevention in local communities.</w:t>
      </w:r>
    </w:p>
    <w:p w14:paraId="2AF718F5" w14:textId="77777777" w:rsidR="00906313" w:rsidRPr="00906313" w:rsidRDefault="001A3186" w:rsidP="00906313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Theme="majorHAnsi" w:hAnsiTheme="majorHAnsi" w:cstheme="majorHAnsi"/>
          <w:sz w:val="24"/>
          <w:szCs w:val="24"/>
          <w:lang w:val="en-GB"/>
        </w:rPr>
        <w:t>During Mental Health Awareness Week, the Orange Button Community Scheme supports community</w:t>
      </w:r>
      <w:r w:rsidRPr="001A3186">
        <w:rPr>
          <w:rFonts w:asciiTheme="majorHAnsi" w:hAnsiTheme="majorHAnsi" w:cstheme="majorHAnsi"/>
          <w:sz w:val="24"/>
          <w:szCs w:val="24"/>
          <w:lang w:val="en-GB"/>
        </w:rPr>
        <w:noBreakHyphen/>
        <w:t>based suicide prevention across Shropshire, Telford and Wrekin.</w:t>
      </w:r>
    </w:p>
    <w:p w14:paraId="2CA9F903" w14:textId="17C2E5D0" w:rsidR="001A3186" w:rsidRPr="001A3186" w:rsidRDefault="001A3186" w:rsidP="00906313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1A3186">
        <w:rPr>
          <w:rFonts w:asciiTheme="majorHAnsi" w:hAnsiTheme="majorHAnsi" w:cstheme="majorHAnsi"/>
          <w:sz w:val="24"/>
          <w:szCs w:val="24"/>
          <w:lang w:val="en-GB"/>
        </w:rPr>
        <w:t xml:space="preserve">Find out more: </w:t>
      </w:r>
      <w:r w:rsidRPr="001A3186">
        <w:rPr>
          <w:rFonts w:asciiTheme="majorHAnsi" w:hAnsiTheme="majorHAnsi" w:cstheme="majorHAnsi"/>
          <w:sz w:val="24"/>
          <w:szCs w:val="24"/>
          <w:highlight w:val="yellow"/>
          <w:lang w:val="en-GB"/>
        </w:rPr>
        <w:t>[link]</w:t>
      </w:r>
      <w:r w:rsidRPr="001A3186">
        <w:rPr>
          <w:rFonts w:asciiTheme="majorHAnsi" w:hAnsiTheme="majorHAnsi" w:cstheme="majorHAnsi"/>
          <w:sz w:val="24"/>
          <w:szCs w:val="24"/>
          <w:lang w:val="en-GB"/>
        </w:rPr>
        <w:br/>
        <w:t>#MHAW2026</w:t>
      </w:r>
    </w:p>
    <w:p w14:paraId="4A68C12D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lastRenderedPageBreak/>
        <w:t>LinkedIn</w:t>
      </w:r>
    </w:p>
    <w:p w14:paraId="69792959" w14:textId="77777777" w:rsidR="0000531B" w:rsidRPr="0000531B" w:rsidRDefault="0000531B" w:rsidP="0000531B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00531B">
        <w:rPr>
          <w:rFonts w:cstheme="majorHAnsi"/>
          <w:b w:val="0"/>
          <w:bCs w:val="0"/>
          <w:color w:val="auto"/>
          <w:sz w:val="24"/>
          <w:szCs w:val="24"/>
          <w:lang w:val="en-GB"/>
        </w:rPr>
        <w:t>The Orange Button Community Scheme focuses on three simple but powerful actions: listening, supporting and signposting.</w:t>
      </w:r>
    </w:p>
    <w:p w14:paraId="68342401" w14:textId="77777777" w:rsidR="0000531B" w:rsidRPr="0000531B" w:rsidRDefault="0000531B" w:rsidP="0000531B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00531B">
        <w:rPr>
          <w:rFonts w:cstheme="majorHAnsi"/>
          <w:b w:val="0"/>
          <w:bCs w:val="0"/>
          <w:color w:val="auto"/>
          <w:sz w:val="24"/>
          <w:szCs w:val="24"/>
          <w:lang w:val="en-GB"/>
        </w:rPr>
        <w:t>During Mental Health Awareness Week (11–17 May 2026), organisations and individuals are encouraged to take practical action to support mental health alongside health and care services.</w:t>
      </w:r>
    </w:p>
    <w:p w14:paraId="3356310D" w14:textId="77777777" w:rsidR="0000531B" w:rsidRPr="0000531B" w:rsidRDefault="0000531B" w:rsidP="0000531B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00531B">
        <w:rPr>
          <w:rFonts w:cstheme="majorHAnsi"/>
          <w:b w:val="0"/>
          <w:bCs w:val="0"/>
          <w:color w:val="auto"/>
          <w:sz w:val="24"/>
          <w:szCs w:val="24"/>
          <w:lang w:val="en-GB"/>
        </w:rPr>
        <w:t>Orange Button training helps people feel confident to respond appropriately when someone may need support.</w:t>
      </w:r>
    </w:p>
    <w:p w14:paraId="0CA48EC7" w14:textId="77777777" w:rsidR="0000531B" w:rsidRPr="0000531B" w:rsidRDefault="0000531B" w:rsidP="0000531B">
      <w:pPr>
        <w:pStyle w:val="Heading2"/>
        <w:rPr>
          <w:rFonts w:cstheme="majorHAnsi"/>
          <w:b w:val="0"/>
          <w:bCs w:val="0"/>
          <w:color w:val="auto"/>
          <w:sz w:val="24"/>
          <w:szCs w:val="24"/>
          <w:lang w:val="en-GB"/>
        </w:rPr>
      </w:pPr>
      <w:r w:rsidRPr="0000531B">
        <w:rPr>
          <w:rFonts w:cstheme="majorHAnsi"/>
          <w:b w:val="0"/>
          <w:bCs w:val="0"/>
          <w:color w:val="auto"/>
          <w:sz w:val="24"/>
          <w:szCs w:val="24"/>
          <w:lang w:val="en-GB"/>
        </w:rPr>
        <w:t>Find out more: [link]</w:t>
      </w:r>
    </w:p>
    <w:p w14:paraId="7872AF9E" w14:textId="7405E625" w:rsidR="000B543D" w:rsidRPr="00A42E4E" w:rsidRDefault="00000000">
      <w:pPr>
        <w:pStyle w:val="Heading2"/>
        <w:rPr>
          <w:rFonts w:cstheme="majorHAnsi"/>
          <w:sz w:val="32"/>
          <w:szCs w:val="32"/>
          <w:u w:val="single"/>
        </w:rPr>
      </w:pPr>
      <w:r w:rsidRPr="00A42E4E">
        <w:rPr>
          <w:rFonts w:cstheme="majorHAnsi"/>
          <w:sz w:val="32"/>
          <w:szCs w:val="32"/>
          <w:u w:val="single"/>
        </w:rPr>
        <w:t xml:space="preserve">Post </w:t>
      </w:r>
      <w:r w:rsidR="00A42E4E" w:rsidRPr="00A42E4E">
        <w:rPr>
          <w:rFonts w:cstheme="majorHAnsi"/>
          <w:sz w:val="32"/>
          <w:szCs w:val="32"/>
          <w:u w:val="single"/>
        </w:rPr>
        <w:t>5</w:t>
      </w:r>
      <w:r w:rsidRPr="00A42E4E">
        <w:rPr>
          <w:rFonts w:cstheme="majorHAnsi"/>
          <w:sz w:val="32"/>
          <w:szCs w:val="32"/>
          <w:u w:val="single"/>
        </w:rPr>
        <w:t>: Community support matters</w:t>
      </w:r>
    </w:p>
    <w:p w14:paraId="2098482C" w14:textId="04F20679" w:rsidR="00C84105" w:rsidRPr="00E25DD8" w:rsidRDefault="00C84105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noProof/>
          <w:sz w:val="24"/>
          <w:szCs w:val="24"/>
        </w:rPr>
        <w:drawing>
          <wp:inline distT="0" distB="0" distL="0" distR="0" wp14:anchorId="53EEFB0A" wp14:editId="4663D82B">
            <wp:extent cx="3235589" cy="2695575"/>
            <wp:effectExtent l="0" t="0" r="3175" b="0"/>
            <wp:docPr id="1456611808" name="Picture 1" descr="A group of 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11808" name="Picture 1" descr="A group of men talking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180" cy="269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12F0" w14:textId="47757C39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Facebook</w:t>
      </w:r>
    </w:p>
    <w:p w14:paraId="13525D0D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Suicide prevention is not something services can do alone.</w:t>
      </w:r>
    </w:p>
    <w:p w14:paraId="57885206" w14:textId="77777777" w:rsidR="005C5BB0" w:rsidRPr="005C5BB0" w:rsidRDefault="005C5BB0" w:rsidP="005C5BB0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5C5BB0">
        <w:rPr>
          <w:rFonts w:asciiTheme="majorHAnsi" w:hAnsiTheme="majorHAnsi" w:cstheme="majorHAnsi"/>
          <w:sz w:val="24"/>
          <w:szCs w:val="24"/>
          <w:lang w:val="en-GB"/>
        </w:rPr>
        <w:t xml:space="preserve">During Mental Health Awareness Week (11–17 May), we’re reminded that action in our </w:t>
      </w:r>
      <w:proofErr w:type="gramStart"/>
      <w:r w:rsidRPr="005C5BB0">
        <w:rPr>
          <w:rFonts w:asciiTheme="majorHAnsi" w:hAnsiTheme="majorHAnsi" w:cstheme="majorHAnsi"/>
          <w:sz w:val="24"/>
          <w:szCs w:val="24"/>
          <w:lang w:val="en-GB"/>
        </w:rPr>
        <w:t>communities</w:t>
      </w:r>
      <w:proofErr w:type="gramEnd"/>
      <w:r w:rsidRPr="005C5BB0">
        <w:rPr>
          <w:rFonts w:asciiTheme="majorHAnsi" w:hAnsiTheme="majorHAnsi" w:cstheme="majorHAnsi"/>
          <w:sz w:val="24"/>
          <w:szCs w:val="24"/>
          <w:lang w:val="en-GB"/>
        </w:rPr>
        <w:t xml:space="preserve"> matters.</w:t>
      </w:r>
    </w:p>
    <w:p w14:paraId="2703E2E0" w14:textId="77777777" w:rsidR="0090222D" w:rsidRPr="0090222D" w:rsidRDefault="00000000" w:rsidP="0090222D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The Orange Button Community Scheme helps build visible, </w:t>
      </w:r>
      <w:proofErr w:type="gramStart"/>
      <w:r w:rsidRPr="00E25DD8">
        <w:rPr>
          <w:rFonts w:asciiTheme="majorHAnsi" w:hAnsiTheme="majorHAnsi" w:cstheme="majorHAnsi"/>
          <w:sz w:val="24"/>
          <w:szCs w:val="24"/>
        </w:rPr>
        <w:t>community based</w:t>
      </w:r>
      <w:proofErr w:type="gramEnd"/>
      <w:r w:rsidRPr="00E25DD8">
        <w:rPr>
          <w:rFonts w:asciiTheme="majorHAnsi" w:hAnsiTheme="majorHAnsi" w:cstheme="majorHAnsi"/>
          <w:sz w:val="24"/>
          <w:szCs w:val="24"/>
        </w:rPr>
        <w:t xml:space="preserve"> support across Shropshire, Telford and Wrekin</w:t>
      </w:r>
      <w:r w:rsidR="0090222D">
        <w:rPr>
          <w:rFonts w:asciiTheme="majorHAnsi" w:hAnsiTheme="majorHAnsi" w:cstheme="majorHAnsi"/>
          <w:sz w:val="24"/>
          <w:szCs w:val="24"/>
        </w:rPr>
        <w:t xml:space="preserve"> - </w:t>
      </w:r>
      <w:r w:rsidR="0090222D" w:rsidRPr="0090222D">
        <w:rPr>
          <w:rFonts w:asciiTheme="majorHAnsi" w:hAnsiTheme="majorHAnsi" w:cstheme="majorHAnsi"/>
          <w:sz w:val="24"/>
          <w:szCs w:val="24"/>
          <w:lang w:val="en-GB"/>
        </w:rPr>
        <w:t>supporting people to listen, respond and help others access the right support.</w:t>
      </w:r>
    </w:p>
    <w:p w14:paraId="7D585B6A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Together, small actions can make a difference.</w:t>
      </w:r>
    </w:p>
    <w:p w14:paraId="41B7F036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Find out more: [link]</w:t>
      </w:r>
    </w:p>
    <w:p w14:paraId="48872773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lastRenderedPageBreak/>
        <w:t>Instagram</w:t>
      </w:r>
    </w:p>
    <w:p w14:paraId="04014CD5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Support can start anywhere.</w:t>
      </w:r>
    </w:p>
    <w:p w14:paraId="40ED49FE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In communities. In workplaces. In everyday conversations.</w:t>
      </w:r>
    </w:p>
    <w:p w14:paraId="6A3C5B1B" w14:textId="77777777" w:rsidR="000B543D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Find out more about the Orange Button Community Scheme.</w:t>
      </w:r>
    </w:p>
    <w:p w14:paraId="647AA6C8" w14:textId="77777777" w:rsidR="0090222D" w:rsidRPr="0090222D" w:rsidRDefault="0090222D" w:rsidP="0090222D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90222D">
        <w:rPr>
          <w:rFonts w:asciiTheme="majorHAnsi" w:hAnsiTheme="majorHAnsi" w:cstheme="majorHAnsi"/>
          <w:sz w:val="24"/>
          <w:szCs w:val="24"/>
          <w:lang w:val="en-GB"/>
        </w:rPr>
        <w:t xml:space="preserve">This Mental Health Awareness Week, </w:t>
      </w:r>
      <w:proofErr w:type="gramStart"/>
      <w:r w:rsidRPr="0090222D">
        <w:rPr>
          <w:rFonts w:asciiTheme="majorHAnsi" w:hAnsiTheme="majorHAnsi" w:cstheme="majorHAnsi"/>
          <w:sz w:val="24"/>
          <w:szCs w:val="24"/>
          <w:lang w:val="en-GB"/>
        </w:rPr>
        <w:t>taking action</w:t>
      </w:r>
      <w:proofErr w:type="gramEnd"/>
      <w:r w:rsidRPr="0090222D">
        <w:rPr>
          <w:rFonts w:asciiTheme="majorHAnsi" w:hAnsiTheme="majorHAnsi" w:cstheme="majorHAnsi"/>
          <w:sz w:val="24"/>
          <w:szCs w:val="24"/>
          <w:lang w:val="en-GB"/>
        </w:rPr>
        <w:t xml:space="preserve"> can mean being ready to support one another.</w:t>
      </w:r>
    </w:p>
    <w:p w14:paraId="505D2DC2" w14:textId="77777777" w:rsidR="0090222D" w:rsidRPr="0090222D" w:rsidRDefault="0090222D" w:rsidP="0090222D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90222D">
        <w:rPr>
          <w:rFonts w:ascii="Segoe UI Emoji" w:hAnsi="Segoe UI Emoji" w:cs="Segoe UI Emoji"/>
          <w:sz w:val="24"/>
          <w:szCs w:val="24"/>
          <w:lang w:val="en-GB"/>
        </w:rPr>
        <w:t>🧡</w:t>
      </w:r>
      <w:r w:rsidRPr="0090222D">
        <w:rPr>
          <w:rFonts w:asciiTheme="majorHAnsi" w:hAnsiTheme="majorHAnsi" w:cstheme="majorHAnsi"/>
          <w:sz w:val="24"/>
          <w:szCs w:val="24"/>
          <w:lang w:val="en-GB"/>
        </w:rPr>
        <w:t xml:space="preserve"> Find out more about the Orange Button Community Scheme.</w:t>
      </w:r>
      <w:r w:rsidRPr="0090222D">
        <w:rPr>
          <w:rFonts w:asciiTheme="majorHAnsi" w:hAnsiTheme="majorHAnsi" w:cstheme="majorHAnsi"/>
          <w:sz w:val="24"/>
          <w:szCs w:val="24"/>
          <w:lang w:val="en-GB"/>
        </w:rPr>
        <w:br/>
        <w:t>#MHAW2026 #CommunitySupport #TakeAction</w:t>
      </w:r>
    </w:p>
    <w:p w14:paraId="287FFFBD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X (Twitter)</w:t>
      </w:r>
    </w:p>
    <w:p w14:paraId="5182C2D6" w14:textId="77777777" w:rsidR="000B543D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Community support plays an important role in suicide prevention.</w:t>
      </w:r>
    </w:p>
    <w:p w14:paraId="56C57B13" w14:textId="77777777" w:rsidR="00E13BDA" w:rsidRPr="00E13BDA" w:rsidRDefault="00E13BDA" w:rsidP="00E13BDA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E13BDA">
        <w:rPr>
          <w:rFonts w:asciiTheme="majorHAnsi" w:hAnsiTheme="majorHAnsi" w:cstheme="majorHAnsi"/>
          <w:sz w:val="24"/>
          <w:szCs w:val="24"/>
          <w:lang w:val="en-GB"/>
        </w:rPr>
        <w:t xml:space="preserve">During Mental Health Awareness Week, </w:t>
      </w:r>
      <w:proofErr w:type="gramStart"/>
      <w:r w:rsidRPr="00E13BDA">
        <w:rPr>
          <w:rFonts w:asciiTheme="majorHAnsi" w:hAnsiTheme="majorHAnsi" w:cstheme="majorHAnsi"/>
          <w:sz w:val="24"/>
          <w:szCs w:val="24"/>
          <w:lang w:val="en-GB"/>
        </w:rPr>
        <w:t>taking action</w:t>
      </w:r>
      <w:proofErr w:type="gramEnd"/>
      <w:r w:rsidRPr="00E13BDA">
        <w:rPr>
          <w:rFonts w:asciiTheme="majorHAnsi" w:hAnsiTheme="majorHAnsi" w:cstheme="majorHAnsi"/>
          <w:sz w:val="24"/>
          <w:szCs w:val="24"/>
          <w:lang w:val="en-GB"/>
        </w:rPr>
        <w:t xml:space="preserve"> includes building visible, local support.</w:t>
      </w:r>
    </w:p>
    <w:p w14:paraId="20796908" w14:textId="6A008183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The Orange Button Community Scheme helps make </w:t>
      </w:r>
      <w:r w:rsidR="00906313">
        <w:rPr>
          <w:rFonts w:asciiTheme="majorHAnsi" w:hAnsiTheme="majorHAnsi" w:cstheme="majorHAnsi"/>
          <w:sz w:val="24"/>
          <w:szCs w:val="24"/>
        </w:rPr>
        <w:t xml:space="preserve">community </w:t>
      </w:r>
      <w:r w:rsidRPr="00E25DD8">
        <w:rPr>
          <w:rFonts w:asciiTheme="majorHAnsi" w:hAnsiTheme="majorHAnsi" w:cstheme="majorHAnsi"/>
          <w:sz w:val="24"/>
          <w:szCs w:val="24"/>
        </w:rPr>
        <w:t>support more visible across Shropshire, Telford and Wrekin.</w:t>
      </w:r>
    </w:p>
    <w:p w14:paraId="6CBF10D9" w14:textId="77777777" w:rsidR="000B543D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[link]</w:t>
      </w:r>
    </w:p>
    <w:p w14:paraId="4DEB66C4" w14:textId="77777777" w:rsidR="00E13BDA" w:rsidRPr="00E13BDA" w:rsidRDefault="00E13BDA" w:rsidP="00E13BDA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E13BDA">
        <w:rPr>
          <w:rFonts w:asciiTheme="majorHAnsi" w:hAnsiTheme="majorHAnsi" w:cstheme="majorHAnsi"/>
          <w:sz w:val="24"/>
          <w:szCs w:val="24"/>
          <w:lang w:val="en-GB"/>
        </w:rPr>
        <w:t>#MHAW2026</w:t>
      </w:r>
    </w:p>
    <w:p w14:paraId="78F656D4" w14:textId="77777777" w:rsidR="000B543D" w:rsidRPr="00E25DD8" w:rsidRDefault="00000000">
      <w:pPr>
        <w:pStyle w:val="Heading3"/>
        <w:rPr>
          <w:rFonts w:cstheme="majorHAnsi"/>
          <w:sz w:val="24"/>
          <w:szCs w:val="24"/>
        </w:rPr>
      </w:pPr>
      <w:r w:rsidRPr="00E25DD8">
        <w:rPr>
          <w:rFonts w:cstheme="majorHAnsi"/>
          <w:sz w:val="24"/>
          <w:szCs w:val="24"/>
        </w:rPr>
        <w:t>LinkedIn</w:t>
      </w:r>
    </w:p>
    <w:p w14:paraId="1D6E08EA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Community based suicide prevention plays a vital role alongside clinical services.</w:t>
      </w:r>
    </w:p>
    <w:p w14:paraId="491D8FD7" w14:textId="77777777" w:rsidR="00906313" w:rsidRPr="00906313" w:rsidRDefault="00906313" w:rsidP="00906313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906313">
        <w:rPr>
          <w:rFonts w:asciiTheme="majorHAnsi" w:hAnsiTheme="majorHAnsi" w:cstheme="majorHAnsi"/>
          <w:sz w:val="24"/>
          <w:szCs w:val="24"/>
          <w:lang w:val="en-GB"/>
        </w:rPr>
        <w:t>During Mental Health Awareness Week (11–17 May 2026), organisations and individuals are encouraged to take action to support mental health in their communities and workplaces.</w:t>
      </w:r>
    </w:p>
    <w:p w14:paraId="2158C344" w14:textId="77777777" w:rsidR="000B543D" w:rsidRPr="00E25DD8" w:rsidRDefault="00000000">
      <w:pPr>
        <w:rPr>
          <w:rFonts w:asciiTheme="majorHAnsi" w:hAnsiTheme="majorHAnsi" w:cstheme="majorHAnsi"/>
          <w:sz w:val="24"/>
          <w:szCs w:val="24"/>
        </w:rPr>
      </w:pPr>
      <w:r w:rsidRPr="00E25DD8">
        <w:rPr>
          <w:rFonts w:asciiTheme="majorHAnsi" w:hAnsiTheme="majorHAnsi" w:cstheme="majorHAnsi"/>
          <w:sz w:val="24"/>
          <w:szCs w:val="24"/>
        </w:rPr>
        <w:t>The Orange Button Community Scheme supports individuals and organisations to respond confidently when someone may be struggling.</w:t>
      </w:r>
    </w:p>
    <w:p w14:paraId="6547BB67" w14:textId="01176413" w:rsidR="0000242C" w:rsidRDefault="00000000">
      <w:pPr>
        <w:rPr>
          <w:rFonts w:asciiTheme="majorHAnsi" w:hAnsiTheme="majorHAnsi" w:cstheme="majorHAnsi"/>
          <w:sz w:val="24"/>
          <w:szCs w:val="24"/>
          <w:highlight w:val="yellow"/>
        </w:rPr>
      </w:pPr>
      <w:r w:rsidRPr="00E25DD8">
        <w:rPr>
          <w:rFonts w:asciiTheme="majorHAnsi" w:hAnsiTheme="majorHAnsi" w:cstheme="majorHAnsi"/>
          <w:sz w:val="24"/>
          <w:szCs w:val="24"/>
        </w:rPr>
        <w:t xml:space="preserve">Learn more: </w:t>
      </w:r>
      <w:r w:rsidRPr="00E25DD8">
        <w:rPr>
          <w:rFonts w:asciiTheme="majorHAnsi" w:hAnsiTheme="majorHAnsi" w:cstheme="majorHAnsi"/>
          <w:sz w:val="24"/>
          <w:szCs w:val="24"/>
          <w:highlight w:val="yellow"/>
        </w:rPr>
        <w:t>[link]</w:t>
      </w:r>
    </w:p>
    <w:p w14:paraId="7966CE51" w14:textId="7195B5AA" w:rsidR="0000242C" w:rsidRDefault="0000242C">
      <w:pPr>
        <w:rPr>
          <w:rFonts w:asciiTheme="majorHAnsi" w:hAnsiTheme="majorHAnsi" w:cstheme="majorHAnsi"/>
          <w:sz w:val="24"/>
          <w:szCs w:val="24"/>
          <w:highlight w:val="yellow"/>
        </w:rPr>
      </w:pPr>
    </w:p>
    <w:sectPr w:rsidR="0000242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2BA226A"/>
    <w:multiLevelType w:val="hybridMultilevel"/>
    <w:tmpl w:val="FCFCE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E066F"/>
    <w:multiLevelType w:val="hybridMultilevel"/>
    <w:tmpl w:val="1F1E2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668889">
    <w:abstractNumId w:val="8"/>
  </w:num>
  <w:num w:numId="2" w16cid:durableId="1066494575">
    <w:abstractNumId w:val="6"/>
  </w:num>
  <w:num w:numId="3" w16cid:durableId="1278683937">
    <w:abstractNumId w:val="5"/>
  </w:num>
  <w:num w:numId="4" w16cid:durableId="1032537228">
    <w:abstractNumId w:val="4"/>
  </w:num>
  <w:num w:numId="5" w16cid:durableId="963384823">
    <w:abstractNumId w:val="7"/>
  </w:num>
  <w:num w:numId="6" w16cid:durableId="2063408181">
    <w:abstractNumId w:val="3"/>
  </w:num>
  <w:num w:numId="7" w16cid:durableId="1941377514">
    <w:abstractNumId w:val="2"/>
  </w:num>
  <w:num w:numId="8" w16cid:durableId="1513297036">
    <w:abstractNumId w:val="1"/>
  </w:num>
  <w:num w:numId="9" w16cid:durableId="1472475431">
    <w:abstractNumId w:val="0"/>
  </w:num>
  <w:num w:numId="10" w16cid:durableId="1135491454">
    <w:abstractNumId w:val="10"/>
  </w:num>
  <w:num w:numId="11" w16cid:durableId="5844565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242C"/>
    <w:rsid w:val="0000531B"/>
    <w:rsid w:val="00034616"/>
    <w:rsid w:val="0006063C"/>
    <w:rsid w:val="000B543D"/>
    <w:rsid w:val="0015074B"/>
    <w:rsid w:val="00156D27"/>
    <w:rsid w:val="00182C72"/>
    <w:rsid w:val="00196912"/>
    <w:rsid w:val="001A3186"/>
    <w:rsid w:val="002710D6"/>
    <w:rsid w:val="0029639D"/>
    <w:rsid w:val="002E474B"/>
    <w:rsid w:val="0030396B"/>
    <w:rsid w:val="00326F90"/>
    <w:rsid w:val="003E12F3"/>
    <w:rsid w:val="004027E0"/>
    <w:rsid w:val="004C2BEF"/>
    <w:rsid w:val="004C4F77"/>
    <w:rsid w:val="005C5BB0"/>
    <w:rsid w:val="00674715"/>
    <w:rsid w:val="00685F68"/>
    <w:rsid w:val="006C4380"/>
    <w:rsid w:val="006E2E76"/>
    <w:rsid w:val="00714692"/>
    <w:rsid w:val="007515BD"/>
    <w:rsid w:val="0076405C"/>
    <w:rsid w:val="00895138"/>
    <w:rsid w:val="008A7F9E"/>
    <w:rsid w:val="008D0798"/>
    <w:rsid w:val="0090222D"/>
    <w:rsid w:val="00902FE6"/>
    <w:rsid w:val="00906313"/>
    <w:rsid w:val="00913A34"/>
    <w:rsid w:val="0091603E"/>
    <w:rsid w:val="00A1388B"/>
    <w:rsid w:val="00A42E4E"/>
    <w:rsid w:val="00A8675F"/>
    <w:rsid w:val="00AA1D8D"/>
    <w:rsid w:val="00AE2E0F"/>
    <w:rsid w:val="00AF659E"/>
    <w:rsid w:val="00B47730"/>
    <w:rsid w:val="00BF04A0"/>
    <w:rsid w:val="00C84105"/>
    <w:rsid w:val="00C9330B"/>
    <w:rsid w:val="00CB0664"/>
    <w:rsid w:val="00CF6D79"/>
    <w:rsid w:val="00DD49EA"/>
    <w:rsid w:val="00E13BDA"/>
    <w:rsid w:val="00E25DD8"/>
    <w:rsid w:val="00FA73B7"/>
    <w:rsid w:val="00FC693F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508032"/>
  <w14:defaultImageDpi w14:val="300"/>
  <w15:docId w15:val="{730919BD-9F12-4E03-8D33-6462AC32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F04A0"/>
    <w:rPr>
      <w:strike w:val="0"/>
      <w:dstrike w:val="0"/>
      <w:color w:val="464FEB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BF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F6D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hropshiretelfordandwrekin.nhs.uk/your-health/where-to-get-advice-and-help/mental-health-services/orange-button-community-scheme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www.shropshiretelfordandwrekin.nhs.uk/your-health/where-to-get-advice-and-help/mental-health-services/orange-button-community-scheme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93e128e3e7b94a43756b8567523bd815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618ab0708615e311415c109924a5a60c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98FD6C-5271-4E97-8EE6-C37D8D74BA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d91e6-1c00-477a-97d8-8116f91f6a06"/>
    <ds:schemaRef ds:uri="40e28a1e-619e-45d7-9705-62cdf4a3c4df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126524-C7E9-4806-9FFC-B87CE1598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C365D4-170C-4903-9FA8-349A23CECB7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Harriet (NHS SHROPSHIRE, TELFORD AND WREKIN ICB - M2L0M)</dc:creator>
  <cp:keywords/>
  <dc:description>generated by python-docx</dc:description>
  <cp:lastModifiedBy>HOPKINS, Harriet (NHS SHROPSHIRE, TELFORD AND WREKIN ICB - M2L0M)</cp:lastModifiedBy>
  <cp:revision>41</cp:revision>
  <dcterms:created xsi:type="dcterms:W3CDTF">2026-04-30T15:09:00Z</dcterms:created>
  <dcterms:modified xsi:type="dcterms:W3CDTF">2026-05-01T10:00:00Z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0x010100CC66FD29984EFE4DB93574C6D9BD3785</vt:lpwstr>
  </property>
  <property fmtid="{D5CDD505-2E9C-101B-9397-08002B2CF9AE}" pid="3" name="MediaServiceImageTags">
    <vt:lpwstr/>
  </property>
</Properties>
</file>